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617B8" w14:textId="77777777" w:rsidR="00C25AFA" w:rsidRDefault="00C25AFA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44AD56B7" w14:textId="4F6CCF77" w:rsidR="000B5CF6" w:rsidRPr="00337A57" w:rsidRDefault="00337A57" w:rsidP="00321AEB">
      <w:pPr>
        <w:pStyle w:val="ListBullet"/>
        <w:numPr>
          <w:ilvl w:val="0"/>
          <w:numId w:val="0"/>
        </w:numPr>
        <w:ind w:left="270" w:right="270"/>
        <w:jc w:val="center"/>
        <w:rPr>
          <w:rFonts w:ascii="Calibri" w:hAnsi="Calibri" w:cs="Calibri"/>
          <w:b/>
          <w:bCs/>
          <w:color w:val="004C99"/>
          <w:sz w:val="28"/>
          <w:szCs w:val="28"/>
        </w:rPr>
      </w:pPr>
      <w:r>
        <w:rPr>
          <w:rFonts w:ascii="Calibri" w:hAnsi="Calibri" w:cs="Calibri"/>
          <w:b/>
          <w:bCs/>
          <w:color w:val="004C99"/>
          <w:sz w:val="28"/>
          <w:szCs w:val="28"/>
        </w:rPr>
        <w:t>2026 New Applicant Risk Assess</w:t>
      </w:r>
      <w:r w:rsidR="00F73869">
        <w:rPr>
          <w:rFonts w:ascii="Calibri" w:hAnsi="Calibri" w:cs="Calibri"/>
          <w:b/>
          <w:bCs/>
          <w:color w:val="004C99"/>
          <w:sz w:val="28"/>
          <w:szCs w:val="28"/>
        </w:rPr>
        <w:t>ment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45"/>
        <w:gridCol w:w="6300"/>
      </w:tblGrid>
      <w:tr w:rsidR="000B5CF6" w:rsidRPr="00F73869" w14:paraId="29ECFBD8" w14:textId="77777777" w:rsidTr="00E711BB">
        <w:trPr>
          <w:jc w:val="center"/>
        </w:trPr>
        <w:tc>
          <w:tcPr>
            <w:tcW w:w="3145" w:type="dxa"/>
          </w:tcPr>
          <w:p w14:paraId="28FA9FC8" w14:textId="1B3C152E" w:rsidR="000B5CF6" w:rsidRPr="00F73869" w:rsidRDefault="00F73869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Organization Name:</w:t>
            </w:r>
          </w:p>
        </w:tc>
        <w:tc>
          <w:tcPr>
            <w:tcW w:w="6300" w:type="dxa"/>
          </w:tcPr>
          <w:p w14:paraId="31D094E6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5A1DB96E" w14:textId="77777777" w:rsidTr="00E711BB">
        <w:trPr>
          <w:jc w:val="center"/>
        </w:trPr>
        <w:tc>
          <w:tcPr>
            <w:tcW w:w="3145" w:type="dxa"/>
          </w:tcPr>
          <w:p w14:paraId="03866178" w14:textId="196AD3FA" w:rsidR="000B5CF6" w:rsidRPr="00F73869" w:rsidRDefault="00F73869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Project Name</w:t>
            </w:r>
            <w:r w:rsidR="00FF013C">
              <w:rPr>
                <w:rFonts w:ascii="Calibri" w:hAnsi="Calibri" w:cs="Calibri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6300" w:type="dxa"/>
          </w:tcPr>
          <w:p w14:paraId="5555DD75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0C313A71" w14:textId="77777777" w:rsidTr="00E711BB">
        <w:trPr>
          <w:jc w:val="center"/>
        </w:trPr>
        <w:tc>
          <w:tcPr>
            <w:tcW w:w="3145" w:type="dxa"/>
          </w:tcPr>
          <w:p w14:paraId="415F8854" w14:textId="7FB0BD4F" w:rsidR="000B5CF6" w:rsidRPr="00F73869" w:rsidRDefault="00FF013C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Reviewer Name:</w:t>
            </w:r>
          </w:p>
        </w:tc>
        <w:tc>
          <w:tcPr>
            <w:tcW w:w="6300" w:type="dxa"/>
          </w:tcPr>
          <w:p w14:paraId="08FDD06A" w14:textId="5C604BEE" w:rsidR="000B5CF6" w:rsidRPr="007330B3" w:rsidRDefault="00FF013C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330B3">
              <w:rPr>
                <w:rFonts w:ascii="Calibri" w:hAnsi="Calibri" w:cs="Calibri"/>
                <w:sz w:val="24"/>
                <w:szCs w:val="24"/>
              </w:rPr>
              <w:t>Emilio Bustos, Assistant Transit Planner</w:t>
            </w:r>
          </w:p>
        </w:tc>
      </w:tr>
      <w:tr w:rsidR="000B5CF6" w:rsidRPr="00F73869" w14:paraId="1BE560E1" w14:textId="77777777" w:rsidTr="00E711BB">
        <w:trPr>
          <w:jc w:val="center"/>
        </w:trPr>
        <w:tc>
          <w:tcPr>
            <w:tcW w:w="3145" w:type="dxa"/>
          </w:tcPr>
          <w:p w14:paraId="579BC2E9" w14:textId="44FD32A6" w:rsidR="000B5CF6" w:rsidRPr="00F73869" w:rsidRDefault="001D106F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Review Date</w:t>
            </w:r>
            <w:r w:rsidR="00163E0D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00" w:type="dxa"/>
          </w:tcPr>
          <w:p w14:paraId="0D9157E3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B5CF6" w:rsidRPr="00F73869" w14:paraId="18896806" w14:textId="77777777" w:rsidTr="00E711BB">
        <w:trPr>
          <w:jc w:val="center"/>
        </w:trPr>
        <w:tc>
          <w:tcPr>
            <w:tcW w:w="3145" w:type="dxa"/>
          </w:tcPr>
          <w:p w14:paraId="49C2612B" w14:textId="33FCC188" w:rsidR="000B5CF6" w:rsidRPr="00F73869" w:rsidRDefault="009616B5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Score:</w:t>
            </w:r>
          </w:p>
        </w:tc>
        <w:tc>
          <w:tcPr>
            <w:tcW w:w="6300" w:type="dxa"/>
          </w:tcPr>
          <w:p w14:paraId="411688C3" w14:textId="77777777" w:rsidR="000B5CF6" w:rsidRPr="007330B3" w:rsidRDefault="000B5CF6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6700" w:rsidRPr="00F73869" w14:paraId="2A1E6A8A" w14:textId="77777777" w:rsidTr="00E711BB">
        <w:trPr>
          <w:jc w:val="center"/>
        </w:trPr>
        <w:tc>
          <w:tcPr>
            <w:tcW w:w="3145" w:type="dxa"/>
          </w:tcPr>
          <w:p w14:paraId="62DB60A1" w14:textId="3E47AA19" w:rsidR="00EB6700" w:rsidRDefault="00EB6700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Preliminary Risk Level:</w:t>
            </w:r>
          </w:p>
        </w:tc>
        <w:tc>
          <w:tcPr>
            <w:tcW w:w="6300" w:type="dxa"/>
          </w:tcPr>
          <w:p w14:paraId="1516E366" w14:textId="77777777" w:rsidR="00EB6700" w:rsidRPr="007330B3" w:rsidRDefault="00EB6700" w:rsidP="00321AEB">
            <w:pPr>
              <w:pStyle w:val="ListBullet"/>
              <w:numPr>
                <w:ilvl w:val="0"/>
                <w:numId w:val="0"/>
              </w:numPr>
              <w:ind w:left="270" w:right="27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0A299FE" w14:textId="77777777" w:rsidR="000B5CF6" w:rsidRDefault="000B5CF6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4B7E230D" w14:textId="77777777" w:rsidR="00C36600" w:rsidRDefault="00C36600" w:rsidP="00321AEB">
      <w:pPr>
        <w:pStyle w:val="ListBullet"/>
        <w:numPr>
          <w:ilvl w:val="0"/>
          <w:numId w:val="0"/>
        </w:numPr>
        <w:ind w:left="270" w:right="270"/>
        <w:rPr>
          <w:rFonts w:ascii="Calibri" w:hAnsi="Calibri" w:cs="Calibri"/>
          <w:b/>
          <w:bCs/>
          <w:color w:val="004C99"/>
          <w:sz w:val="26"/>
          <w:szCs w:val="26"/>
        </w:rPr>
      </w:pPr>
    </w:p>
    <w:p w14:paraId="21BC9B62" w14:textId="18A1D3E8" w:rsidR="0019463E" w:rsidRPr="00D47424" w:rsidRDefault="009616B5" w:rsidP="00321AEB">
      <w:pPr>
        <w:pStyle w:val="ListBullet"/>
        <w:numPr>
          <w:ilvl w:val="0"/>
          <w:numId w:val="0"/>
        </w:numPr>
        <w:ind w:left="360" w:right="270" w:hanging="360"/>
        <w:rPr>
          <w:rFonts w:ascii="Calibri" w:hAnsi="Calibri" w:cs="Calibri"/>
          <w:b/>
          <w:bCs/>
          <w:color w:val="004C99"/>
          <w:sz w:val="26"/>
          <w:szCs w:val="26"/>
        </w:rPr>
      </w:pPr>
      <w:r w:rsidRPr="00677BE6">
        <w:rPr>
          <w:rFonts w:ascii="Calibri" w:hAnsi="Calibri" w:cs="Calibri"/>
          <w:b/>
          <w:bCs/>
          <w:color w:val="004C99"/>
          <w:sz w:val="26"/>
          <w:szCs w:val="26"/>
        </w:rPr>
        <w:t xml:space="preserve">Background </w:t>
      </w:r>
      <w:r w:rsidR="000E07DA">
        <w:rPr>
          <w:rFonts w:ascii="Calibri" w:hAnsi="Calibri" w:cs="Calibri"/>
          <w:b/>
          <w:bCs/>
          <w:color w:val="004C99"/>
          <w:sz w:val="26"/>
          <w:szCs w:val="26"/>
        </w:rPr>
        <w:t>&amp; Grant</w:t>
      </w:r>
      <w:r w:rsidR="00EC3B6C" w:rsidRPr="00D47424">
        <w:rPr>
          <w:rFonts w:ascii="Calibri" w:hAnsi="Calibri" w:cs="Calibri"/>
          <w:b/>
          <w:bCs/>
          <w:color w:val="004C99"/>
          <w:sz w:val="26"/>
          <w:szCs w:val="26"/>
        </w:rPr>
        <w:t xml:space="preserve"> Experience</w:t>
      </w:r>
    </w:p>
    <w:p w14:paraId="12A44034" w14:textId="77777777" w:rsidR="00AB37A7" w:rsidRDefault="00B8730C" w:rsidP="00321AE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i/>
          <w:iCs/>
          <w:color w:val="0F243E" w:themeColor="text2" w:themeShade="80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1. </w:t>
      </w:r>
      <w:r w:rsidR="00016801" w:rsidRPr="00016801">
        <w:rPr>
          <w:rFonts w:ascii="Calibri" w:hAnsi="Calibri" w:cs="Calibri"/>
          <w:b/>
          <w:bCs/>
          <w:sz w:val="24"/>
          <w:szCs w:val="24"/>
        </w:rPr>
        <w:t>Does the agency have prior experience managing federal or state grants (</w:t>
      </w:r>
      <w:r w:rsidR="00386201" w:rsidRPr="00016801">
        <w:rPr>
          <w:rFonts w:ascii="Calibri" w:hAnsi="Calibri" w:cs="Calibri"/>
          <w:b/>
          <w:bCs/>
          <w:sz w:val="24"/>
          <w:szCs w:val="24"/>
        </w:rPr>
        <w:t>e.g.</w:t>
      </w:r>
      <w:r w:rsidR="00016801" w:rsidRPr="00016801">
        <w:rPr>
          <w:rFonts w:ascii="Calibri" w:hAnsi="Calibri" w:cs="Calibri"/>
          <w:b/>
          <w:bCs/>
          <w:sz w:val="24"/>
          <w:szCs w:val="24"/>
        </w:rPr>
        <w:t>, 5307, 5309, 5311, WSDOT)?</w:t>
      </w:r>
      <w:r w:rsidR="00272226">
        <w:rPr>
          <w:rFonts w:ascii="Calibri" w:hAnsi="Calibri" w:cs="Calibri"/>
          <w:i/>
          <w:iCs/>
          <w:color w:val="0F243E" w:themeColor="text2" w:themeShade="80"/>
        </w:rPr>
        <w:t xml:space="preserve"> </w:t>
      </w:r>
    </w:p>
    <w:p w14:paraId="59558E48" w14:textId="1C17E4A7" w:rsidR="004F204D" w:rsidRPr="00272226" w:rsidRDefault="00000000" w:rsidP="00DF5B63">
      <w:pPr>
        <w:pStyle w:val="ListBullet"/>
        <w:numPr>
          <w:ilvl w:val="0"/>
          <w:numId w:val="0"/>
        </w:numPr>
        <w:spacing w:before="240" w:after="0" w:line="22" w:lineRule="atLeast"/>
        <w:ind w:left="270" w:right="270"/>
        <w:rPr>
          <w:rFonts w:ascii="Calibri" w:hAnsi="Calibri" w:cs="Calibri"/>
          <w:b/>
          <w:bCs/>
          <w:i/>
          <w:iCs/>
          <w:color w:val="0F243E" w:themeColor="text2" w:themeShade="8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-935208791"/>
          <w:placeholder>
            <w:docPart w:val="EF2E03C9463C4045B110A743B4F5CB77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AB37A7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0"/>
      </w:tblGrid>
      <w:tr w:rsidR="00272226" w:rsidRPr="00D47424" w14:paraId="28C6AF67" w14:textId="77777777" w:rsidTr="003805D5">
        <w:trPr>
          <w:trHeight w:val="746"/>
        </w:trPr>
        <w:tc>
          <w:tcPr>
            <w:tcW w:w="9720" w:type="dxa"/>
          </w:tcPr>
          <w:p w14:paraId="6F9ED86D" w14:textId="77777777" w:rsidR="00956988" w:rsidRPr="00300B00" w:rsidRDefault="00956988" w:rsidP="00321AEB">
            <w:pPr>
              <w:ind w:left="270" w:right="270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bookmarkStart w:id="0" w:name="_Hlk204924157"/>
            <w:r w:rsidRPr="00300B0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If applicable, were the projects completed on time and within budget?</w:t>
            </w:r>
          </w:p>
          <w:p w14:paraId="3D16A50D" w14:textId="740F544D" w:rsidR="00272226" w:rsidRPr="00D47424" w:rsidRDefault="00272226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bookmarkEnd w:id="0"/>
    <w:p w14:paraId="138B3DD7" w14:textId="45F5D4FE" w:rsidR="008D3D41" w:rsidRPr="0033781A" w:rsidRDefault="00B8730C" w:rsidP="00321AEB">
      <w:pPr>
        <w:pStyle w:val="ListBullet"/>
        <w:numPr>
          <w:ilvl w:val="0"/>
          <w:numId w:val="0"/>
        </w:numPr>
        <w:spacing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2</w:t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645C33" w:rsidRPr="00645C33">
        <w:rPr>
          <w:rFonts w:ascii="Calibri" w:hAnsi="Calibri" w:cs="Calibri"/>
          <w:b/>
          <w:bCs/>
          <w:sz w:val="24"/>
          <w:szCs w:val="24"/>
        </w:rPr>
        <w:t>Does the agency have prior experience managing FTA Section 5310 funds?</w:t>
      </w:r>
    </w:p>
    <w:p w14:paraId="5829E551" w14:textId="0C9EA3AF" w:rsidR="000E166C" w:rsidRPr="00DA0129" w:rsidRDefault="00000000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0F243E" w:themeColor="text2" w:themeShade="8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1132056156"/>
          <w:placeholder>
            <w:docPart w:val="091D4641A01B4361B75393012A5B1D29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AB37A7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0915BF9D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C4B8AB9" w14:textId="3CF58FA5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bookmarkStart w:id="1" w:name="_Hlk204924237"/>
            <w:r w:rsidRPr="00D47424">
              <w:rPr>
                <w:rFonts w:ascii="Calibri" w:hAnsi="Calibri" w:cs="Calibri"/>
                <w:sz w:val="24"/>
                <w:szCs w:val="24"/>
              </w:rPr>
              <w:t>Comments:</w:t>
            </w:r>
            <w:r w:rsidR="00981050" w:rsidRPr="00D47424">
              <w:rPr>
                <w:rFonts w:ascii="Calibri" w:hAnsi="Calibri" w:cs="Calibri"/>
                <w:sz w:val="24"/>
                <w:szCs w:val="24"/>
              </w:rPr>
              <w:t xml:space="preserve">                 </w:t>
            </w:r>
          </w:p>
        </w:tc>
      </w:tr>
    </w:tbl>
    <w:bookmarkEnd w:id="1"/>
    <w:p w14:paraId="6361AD7E" w14:textId="5A7B2A0D" w:rsidR="008D3D41" w:rsidRPr="0033781A" w:rsidRDefault="0065066B" w:rsidP="00321AE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585D74" w:rsidRPr="00585D74">
        <w:rPr>
          <w:rFonts w:ascii="Calibri" w:hAnsi="Calibri" w:cs="Calibri"/>
          <w:b/>
          <w:bCs/>
          <w:sz w:val="24"/>
          <w:szCs w:val="24"/>
        </w:rPr>
        <w:t>Does the agency have prior experience with FTA grant programs beyond Section 5310?</w:t>
      </w:r>
    </w:p>
    <w:p w14:paraId="6A9399BB" w14:textId="6922E64E" w:rsidR="00A25C66" w:rsidRPr="0043752A" w:rsidRDefault="00000000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 w:firstLine="36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b/>
            <w:bCs/>
            <w:i/>
            <w:iCs/>
            <w:color w:val="C00000"/>
          </w:rPr>
          <w:id w:val="-692452879"/>
          <w:placeholder>
            <w:docPart w:val="1CC06CBA4F444EB8AAA1835241F1D3EF"/>
          </w:placeholder>
          <w:showingPlcHdr/>
          <w15:color w:val="00CCFF"/>
          <w:comboBox>
            <w:listItem w:displayText="5+ Years (+2 points)" w:value="5+ Years (+2 points)"/>
            <w:listItem w:displayText="3-5 Years (+1 point)" w:value="3-5 Years (+1 point)"/>
            <w:listItem w:displayText="1-3 Years (+0 points)" w:value="1-3 Years (+0 points)"/>
          </w:comboBox>
        </w:sdtPr>
        <w:sdtEndPr>
          <w:rPr>
            <w:sz w:val="24"/>
            <w:szCs w:val="24"/>
          </w:rPr>
        </w:sdtEndPr>
        <w:sdtContent>
          <w:r w:rsidR="00677BE6" w:rsidRPr="00106352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007378A0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300CADD" w14:textId="4AD087C6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bookmarkStart w:id="2" w:name="_Hlk204924443"/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bookmarkEnd w:id="2"/>
    <w:p w14:paraId="27932265" w14:textId="3012DBC4" w:rsidR="00272226" w:rsidRPr="00D47424" w:rsidRDefault="00272226" w:rsidP="00677BE6">
      <w:pPr>
        <w:pStyle w:val="ListBullet"/>
        <w:numPr>
          <w:ilvl w:val="0"/>
          <w:numId w:val="0"/>
        </w:numPr>
        <w:spacing w:before="240"/>
        <w:ind w:right="270"/>
        <w:rPr>
          <w:rFonts w:ascii="Calibri" w:hAnsi="Calibri" w:cs="Calibri"/>
          <w:b/>
          <w:bCs/>
          <w:color w:val="004C99"/>
          <w:sz w:val="26"/>
          <w:szCs w:val="26"/>
        </w:rPr>
      </w:pPr>
      <w:r w:rsidRPr="00D47424">
        <w:rPr>
          <w:rFonts w:ascii="Calibri" w:hAnsi="Calibri" w:cs="Calibri"/>
          <w:b/>
          <w:bCs/>
          <w:color w:val="004C99"/>
          <w:sz w:val="26"/>
          <w:szCs w:val="26"/>
        </w:rPr>
        <w:t>Capacity</w:t>
      </w:r>
      <w:r w:rsidR="00585D74">
        <w:rPr>
          <w:rFonts w:ascii="Calibri" w:hAnsi="Calibri" w:cs="Calibri"/>
          <w:b/>
          <w:bCs/>
          <w:color w:val="004C99"/>
          <w:sz w:val="26"/>
          <w:szCs w:val="26"/>
        </w:rPr>
        <w:t xml:space="preserve"> &amp; Capability</w:t>
      </w:r>
    </w:p>
    <w:p w14:paraId="0DC6CAC5" w14:textId="05278590" w:rsidR="00D64CD8" w:rsidRPr="0033781A" w:rsidRDefault="00EC3B6C" w:rsidP="00677BE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A86536" w:rsidRPr="00A86536">
        <w:rPr>
          <w:rFonts w:ascii="Calibri" w:hAnsi="Calibri" w:cs="Calibri"/>
          <w:b/>
          <w:bCs/>
          <w:sz w:val="24"/>
          <w:szCs w:val="24"/>
        </w:rPr>
        <w:t>Are key personnel responsible for grant management, reporting and financials experienced or trained in grant compliance?</w:t>
      </w:r>
    </w:p>
    <w:p w14:paraId="4FE2245A" w14:textId="229633A2" w:rsidR="00745EBF" w:rsidRDefault="00000000" w:rsidP="00321AE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2078821475"/>
          <w:placeholder>
            <w:docPart w:val="D2E6A190EE1F4008BE2CACAD3B4F2164"/>
          </w:placeholder>
          <w:showingPlcHdr/>
          <w15:color w:val="00CCFF"/>
          <w:comboBox>
            <w:listItem w:displayText="5+ years (+2 points)" w:value="5+ years (+2 points)"/>
            <w:listItem w:displayText="2-5 years (+1 point)" w:value="2-5 years (+1 point)"/>
            <w:listItem w:displayText="Less than 2 years (+0 points)" w:value="Less than 2 years (+0 points)"/>
          </w:comboBox>
        </w:sdtPr>
        <w:sdtEndPr>
          <w:rPr>
            <w:sz w:val="24"/>
            <w:szCs w:val="24"/>
          </w:rPr>
        </w:sdtEndPr>
        <w:sdtContent>
          <w:r w:rsidR="00745EBF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7D567F72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686779" w14:textId="4BEF2CBA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0ACC473F" w14:textId="06D216EE" w:rsidR="00D64CD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5. </w:t>
      </w:r>
      <w:r w:rsidR="00192C68" w:rsidRPr="00192C68">
        <w:rPr>
          <w:rFonts w:ascii="Calibri" w:hAnsi="Calibri" w:cs="Calibri"/>
          <w:b/>
          <w:bCs/>
          <w:sz w:val="24"/>
          <w:szCs w:val="24"/>
        </w:rPr>
        <w:t>Have there been recent management/staff turnovers or major system reorganizations affecting this program in the past 12 months?</w:t>
      </w:r>
    </w:p>
    <w:p w14:paraId="6161D30F" w14:textId="47990DEA" w:rsidR="004F204D" w:rsidRPr="0043752A" w:rsidRDefault="00D64CD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1695035304"/>
          <w:placeholder>
            <w:docPart w:val="41D6F44A399249C3BEA44CBCA97B6C93"/>
          </w:placeholder>
          <w:showingPlcHdr/>
          <w15:color w:val="00CCFF"/>
          <w:comboBox>
            <w:listItem w:displayText="No turnover or reorganization (+2 points)" w:value="No turnover or reorganization (+2 points)"/>
            <w:listItem w:displayText="Little turnover or reorganization (+1 point)" w:value="Little turnover or reorganization (+1 point)"/>
            <w:listItem w:displayText="Significant turnover or reorganization (+0 points)" w:value="Significant turnover or reorganization (+0 points)"/>
          </w:comboBox>
        </w:sdtPr>
        <w:sdtEndPr>
          <w:rPr>
            <w:i w:val="0"/>
            <w:iCs w:val="0"/>
            <w:sz w:val="24"/>
            <w:szCs w:val="24"/>
          </w:rPr>
        </w:sdtEndPr>
        <w:sdtContent>
          <w:r w:rsidR="00745EBF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606256BE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46BD1F30" w14:textId="3232FB5F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65F4198" w14:textId="44C649BB" w:rsidR="00D64CD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65066B" w:rsidRPr="00AE1193">
        <w:rPr>
          <w:rFonts w:ascii="Calibri" w:hAnsi="Calibri" w:cs="Calibri"/>
          <w:b/>
          <w:bCs/>
          <w:sz w:val="24"/>
          <w:szCs w:val="24"/>
        </w:rPr>
        <w:t xml:space="preserve">6. </w:t>
      </w:r>
      <w:r w:rsidR="00192C68" w:rsidRPr="00192C68">
        <w:rPr>
          <w:rFonts w:ascii="Calibri" w:hAnsi="Calibri" w:cs="Calibri"/>
          <w:b/>
          <w:bCs/>
          <w:sz w:val="24"/>
          <w:szCs w:val="24"/>
        </w:rPr>
        <w:t>Does the agency have written financial policies and procedures?</w:t>
      </w:r>
    </w:p>
    <w:p w14:paraId="00EAD353" w14:textId="7959FB17" w:rsidR="004F204D" w:rsidRPr="0043752A" w:rsidRDefault="00D64CD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-1462880559"/>
          <w:placeholder>
            <w:docPart w:val="DF860AF334034FE38934CC9BF6C62F38"/>
          </w:placeholder>
          <w:showingPlcHdr/>
          <w15:color w:val="00CCFF"/>
          <w:comboBox>
            <w:listItem w:displayText="Formal written and distributed to employees (+2 points)" w:value="Formal written and distributed to employees (+2 points)"/>
            <w:listItem w:displayText="Informal policies and controls (+1 point)" w:value="Informal policies and controls (+1 point)"/>
            <w:listItem w:displayText="No policies or controls (+0 points)" w:value="No policies or controls (+0 points)"/>
          </w:comboBox>
        </w:sdtPr>
        <w:sdtEndPr>
          <w:rPr>
            <w:sz w:val="24"/>
            <w:szCs w:val="24"/>
          </w:rPr>
        </w:sdtEndPr>
        <w:sdtContent>
          <w:r w:rsidR="0027222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3133B5C6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DE765A7" w14:textId="2E2DE83B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4598B958" w14:textId="68FD9002" w:rsidR="007149EE" w:rsidRPr="00D47424" w:rsidRDefault="00AD7DD9" w:rsidP="00677BE6">
      <w:pPr>
        <w:pStyle w:val="ListBullet"/>
        <w:numPr>
          <w:ilvl w:val="0"/>
          <w:numId w:val="0"/>
        </w:numPr>
        <w:spacing w:before="240"/>
        <w:ind w:left="360" w:right="270" w:hanging="360"/>
        <w:rPr>
          <w:rFonts w:ascii="Calibri" w:hAnsi="Calibri" w:cs="Calibri"/>
          <w:b/>
          <w:bCs/>
          <w:color w:val="0070C0"/>
          <w:sz w:val="26"/>
          <w:szCs w:val="26"/>
        </w:rPr>
      </w:pPr>
      <w:r>
        <w:rPr>
          <w:rFonts w:ascii="Calibri" w:hAnsi="Calibri" w:cs="Calibri"/>
          <w:b/>
          <w:bCs/>
          <w:color w:val="004C99"/>
          <w:sz w:val="26"/>
          <w:szCs w:val="26"/>
        </w:rPr>
        <w:t>Financial Management &amp; Internal Controls</w:t>
      </w:r>
    </w:p>
    <w:p w14:paraId="7FF9BACB" w14:textId="0607574A" w:rsidR="00AB5528" w:rsidRPr="0033781A" w:rsidRDefault="00677BE6" w:rsidP="00321AEB">
      <w:pPr>
        <w:pStyle w:val="ListBullet"/>
        <w:numPr>
          <w:ilvl w:val="0"/>
          <w:numId w:val="0"/>
        </w:numPr>
        <w:tabs>
          <w:tab w:val="left" w:pos="8062"/>
        </w:tabs>
        <w:spacing w:before="240" w:line="22" w:lineRule="atLeast"/>
        <w:ind w:left="270" w:right="270" w:hanging="36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="00AB5528" w:rsidRPr="0033781A">
        <w:rPr>
          <w:rFonts w:ascii="Calibri" w:hAnsi="Calibri" w:cs="Calibri"/>
          <w:b/>
          <w:bCs/>
          <w:sz w:val="24"/>
          <w:szCs w:val="24"/>
        </w:rPr>
        <w:t xml:space="preserve">7. </w:t>
      </w:r>
      <w:r w:rsidR="007D2097" w:rsidRPr="007D2097">
        <w:rPr>
          <w:rFonts w:ascii="Calibri" w:hAnsi="Calibri" w:cs="Calibri"/>
          <w:b/>
          <w:bCs/>
          <w:sz w:val="24"/>
          <w:szCs w:val="24"/>
        </w:rPr>
        <w:t>Are internal controls in place to prevent fraud, waste, and abuse (e.g., segregation of duties, reconciliations, approvals)?</w:t>
      </w:r>
    </w:p>
    <w:p w14:paraId="2A7FF509" w14:textId="7ED95ACC" w:rsidR="00AB5528" w:rsidRPr="0043752A" w:rsidRDefault="00AB5528" w:rsidP="00321AEB">
      <w:pPr>
        <w:pStyle w:val="ListBullet"/>
        <w:numPr>
          <w:ilvl w:val="0"/>
          <w:numId w:val="0"/>
        </w:numPr>
        <w:tabs>
          <w:tab w:val="left" w:pos="8062"/>
        </w:tabs>
        <w:spacing w:after="0" w:line="22" w:lineRule="atLeast"/>
        <w:ind w:left="270" w:right="270" w:hanging="360"/>
        <w:rPr>
          <w:rFonts w:ascii="Calibri" w:hAnsi="Calibri" w:cs="Calibri"/>
          <w:i/>
          <w:iCs/>
          <w:color w:val="C00000"/>
        </w:rPr>
      </w:pPr>
      <w:r w:rsidRPr="0043752A">
        <w:rPr>
          <w:rFonts w:ascii="Calibri" w:hAnsi="Calibri" w:cs="Calibri"/>
          <w:sz w:val="24"/>
          <w:szCs w:val="24"/>
        </w:rPr>
        <w:tab/>
      </w:r>
      <w:sdt>
        <w:sdtPr>
          <w:rPr>
            <w:rFonts w:ascii="Calibri" w:hAnsi="Calibri" w:cs="Calibri"/>
            <w:i/>
            <w:iCs/>
            <w:color w:val="C00000"/>
          </w:rPr>
          <w:id w:val="2076161840"/>
          <w:placeholder>
            <w:docPart w:val="1DCF71E30AEE45328809657894BC8122"/>
          </w:placeholder>
          <w15:color w:val="00CCFF"/>
          <w:comboBox>
            <w:listItem w:displayText="All duties segregated  (+2 points)" w:value="All duties segregated  (+2 points)"/>
            <w:listItem w:displayText="Some segregation of duties (+1 point)" w:value="Some segregation of duties (+1 point)"/>
            <w:listItem w:displayText="Little to no segregation of duties (+0 points)" w:value="Little to no segregation of duties (+0 points)"/>
          </w:comboBox>
        </w:sdtPr>
        <w:sdtEndPr>
          <w:rPr>
            <w:sz w:val="24"/>
            <w:szCs w:val="24"/>
          </w:rPr>
        </w:sdtEndPr>
        <w:sdtContent>
          <w:r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AB5528" w:rsidRPr="00D47424" w14:paraId="53E2C137" w14:textId="77777777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7611EAE" w14:textId="433FB8DD" w:rsidR="00AB5528" w:rsidRPr="00D47424" w:rsidRDefault="00AB5528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117F5750" w14:textId="3DD43D71" w:rsidR="00D64CD8" w:rsidRPr="0033781A" w:rsidRDefault="00AB5528" w:rsidP="00677BE6">
      <w:pPr>
        <w:pStyle w:val="ListBullet"/>
        <w:numPr>
          <w:ilvl w:val="0"/>
          <w:numId w:val="0"/>
        </w:numPr>
        <w:spacing w:line="22" w:lineRule="atLeast"/>
        <w:ind w:left="270" w:right="27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lastRenderedPageBreak/>
        <w:t>8</w:t>
      </w:r>
      <w:r w:rsidR="005E7B9C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149EE" w:rsidRPr="007149EE">
        <w:rPr>
          <w:rFonts w:ascii="Calibri" w:hAnsi="Calibri" w:cs="Calibri"/>
          <w:b/>
          <w:bCs/>
          <w:sz w:val="24"/>
          <w:szCs w:val="24"/>
        </w:rPr>
        <w:t>Does the accounting system identify receipts and expenditures by award/project (separate tracking per grant)?</w:t>
      </w:r>
    </w:p>
    <w:p w14:paraId="0E034234" w14:textId="5B72C2E7" w:rsidR="004F204D" w:rsidRPr="0043752A" w:rsidRDefault="00000000" w:rsidP="00AF597B">
      <w:pPr>
        <w:pStyle w:val="ListBullet"/>
        <w:numPr>
          <w:ilvl w:val="0"/>
          <w:numId w:val="0"/>
        </w:numPr>
        <w:spacing w:after="0" w:line="22" w:lineRule="atLeast"/>
        <w:ind w:left="360" w:right="270" w:hanging="9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color w:val="C00000"/>
            <w:sz w:val="24"/>
            <w:szCs w:val="24"/>
          </w:rPr>
          <w:id w:val="1357304526"/>
          <w:placeholder>
            <w:docPart w:val="ED45662D37ED4355B90CA4CFEE9D698C"/>
          </w:placeholder>
          <w:showingPlcHdr/>
          <w15:color w:val="00CCFF"/>
          <w:dropDownList>
            <w:listItem w:displayText="Accounting system identifies program funds seperately for each award (+2 points)" w:value="Accounting system identifies program funds seperately for each award (+2 points)"/>
            <w:listItem w:displayText="Accounting system identifies reciepts and expenditures of program funds but does not distinguish between other program funds(+1 point)" w:value="Accounting system identifies reciepts and expenditures of program funds but does not distinguish between other program funds(+1 point)"/>
            <w:listItem w:displayText="Accounting system does not identify receipts and ependitures of program funds (+0 points)" w:value="Accounting system does not identify receipts and ependitures of program funds (+0 points)"/>
          </w:dropDownList>
        </w:sdtPr>
        <w:sdtContent>
          <w:r w:rsidR="0027222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DA0129" w:rsidRPr="00D47424" w14:paraId="4AE9BE88" w14:textId="77777777" w:rsidTr="003805D5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8896B63" w14:textId="57A20207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505B1E">
              <w:rPr>
                <w:rFonts w:ascii="Calibri" w:hAnsi="Calibri" w:cs="Calibri"/>
                <w:sz w:val="24"/>
                <w:szCs w:val="24"/>
              </w:rPr>
              <w:t>Comments:</w:t>
            </w:r>
            <w:r w:rsidRPr="00D47424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956988" w:rsidRPr="00D47424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14:paraId="47F3CD58" w14:textId="149E02D2" w:rsidR="00D64CD8" w:rsidRPr="0033781A" w:rsidRDefault="00AB5528" w:rsidP="00677BE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9</w:t>
      </w:r>
      <w:r w:rsidR="0065066B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4208E8" w:rsidRPr="004208E8">
        <w:rPr>
          <w:rFonts w:ascii="Calibri" w:hAnsi="Calibri" w:cs="Calibri"/>
          <w:b/>
          <w:bCs/>
          <w:sz w:val="24"/>
          <w:szCs w:val="24"/>
        </w:rPr>
        <w:t xml:space="preserve">Has the </w:t>
      </w:r>
      <w:r w:rsidR="00CB15AA">
        <w:rPr>
          <w:rFonts w:ascii="Calibri" w:hAnsi="Calibri" w:cs="Calibri"/>
          <w:b/>
          <w:bCs/>
          <w:sz w:val="24"/>
          <w:szCs w:val="24"/>
        </w:rPr>
        <w:t>applicant</w:t>
      </w:r>
      <w:r w:rsidR="004208E8" w:rsidRPr="004208E8">
        <w:rPr>
          <w:rFonts w:ascii="Calibri" w:hAnsi="Calibri" w:cs="Calibri"/>
          <w:b/>
          <w:bCs/>
          <w:sz w:val="24"/>
          <w:szCs w:val="24"/>
        </w:rPr>
        <w:t xml:space="preserve"> completed a voluntary annual financial review or if federally required, an annual financial audit by an independent auditor for the most recent year available?</w:t>
      </w:r>
    </w:p>
    <w:p w14:paraId="2E0F7D8A" w14:textId="384BC3F6" w:rsidR="004F204D" w:rsidRPr="0043752A" w:rsidRDefault="00000000" w:rsidP="000F6375">
      <w:pPr>
        <w:pStyle w:val="ListBullet"/>
        <w:numPr>
          <w:ilvl w:val="0"/>
          <w:numId w:val="0"/>
        </w:numPr>
        <w:spacing w:after="0" w:line="22" w:lineRule="atLeast"/>
        <w:ind w:left="360" w:right="270" w:hanging="9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153171142"/>
          <w:placeholder>
            <w:docPart w:val="7DD49A552BBB4EADB1C101D255C2CC1B"/>
          </w:placeholder>
          <w:showingPlcHdr/>
          <w15:color w:val="00CCFF"/>
          <w:dropDownList>
            <w:listItem w:displayText="Most recent year audit completed (+2 points)" w:value="Most recent year audit completed (+2 points)"/>
            <w:listItem w:displayText="Most recent year audit in progress (+1 point)" w:value="Most recent year audit in progress (+1 point)"/>
            <w:listItem w:displayText="Most recent year audit overdue (+0 points)" w:value="Most recent year audit overdue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0F6375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810"/>
      </w:tblGrid>
      <w:tr w:rsidR="00DA0129" w:rsidRPr="00D47424" w14:paraId="6832E639" w14:textId="77777777" w:rsidTr="00CB15AA">
        <w:trPr>
          <w:trHeight w:val="341"/>
        </w:trPr>
        <w:tc>
          <w:tcPr>
            <w:tcW w:w="9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58AC61DB" w14:textId="1F0A71F9" w:rsidR="00DA0129" w:rsidRPr="00D47424" w:rsidRDefault="00DA0129" w:rsidP="00321AEB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2ED7939C" w14:textId="42DC97C7" w:rsidR="00CB15AA" w:rsidRPr="0033781A" w:rsidRDefault="00CB15AA" w:rsidP="00CB15AA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10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Has the agency been issued material audit findings(s) &amp; Corrective Action Plan by an independent auditor, STA or other oversight agency in the past 12 months</w:t>
      </w:r>
      <w:r w:rsidRPr="004208E8">
        <w:rPr>
          <w:rFonts w:ascii="Calibri" w:hAnsi="Calibri" w:cs="Calibri"/>
          <w:b/>
          <w:bCs/>
          <w:sz w:val="24"/>
          <w:szCs w:val="24"/>
        </w:rPr>
        <w:t>?</w:t>
      </w:r>
    </w:p>
    <w:p w14:paraId="1F468D35" w14:textId="77777777" w:rsidR="00CB15AA" w:rsidRPr="0043752A" w:rsidRDefault="00CB15AA" w:rsidP="00CB15AA">
      <w:pPr>
        <w:pStyle w:val="ListBullet"/>
        <w:numPr>
          <w:ilvl w:val="0"/>
          <w:numId w:val="0"/>
        </w:numPr>
        <w:spacing w:after="0" w:line="22" w:lineRule="atLeast"/>
        <w:ind w:left="360" w:right="270" w:hanging="90"/>
        <w:rPr>
          <w:rFonts w:ascii="Calibri" w:hAnsi="Calibri" w:cs="Calibri"/>
          <w:i/>
          <w:iCs/>
          <w:color w:val="C00000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161736186"/>
          <w:placeholder>
            <w:docPart w:val="DE6F1454699340EC99B6C97B92210317"/>
          </w:placeholder>
          <w:showingPlcHdr/>
          <w15:color w:val="00CCFF"/>
          <w:dropDownList>
            <w:listItem w:displayText="No findings or correvtive action plann issued (+2 points)" w:value="No findings or correvtive action plann issued (+2 points)"/>
            <w:listItem w:displayText="Findings or corrective action plan issued and addressed (+1 point)" w:value="Findings or corrective action plan issued and addressed (+1 point)"/>
            <w:listItem w:displayText="Findings or corrective action plan issued (+0 points)" w:value="Findings or corrective action plan issued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810"/>
      </w:tblGrid>
      <w:tr w:rsidR="00CB15AA" w:rsidRPr="00D47424" w14:paraId="5CB9FB5C" w14:textId="77777777" w:rsidTr="00730DCA">
        <w:trPr>
          <w:trHeight w:val="341"/>
        </w:trPr>
        <w:tc>
          <w:tcPr>
            <w:tcW w:w="981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70A3F34E" w14:textId="77777777" w:rsidR="00CB15AA" w:rsidRPr="00D47424" w:rsidRDefault="00CB15AA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47721A0" w14:textId="1234487A" w:rsidR="00CB15AA" w:rsidRPr="00D47424" w:rsidRDefault="00CB15AA" w:rsidP="00CB15AA">
      <w:pPr>
        <w:pStyle w:val="ListBullet"/>
        <w:numPr>
          <w:ilvl w:val="0"/>
          <w:numId w:val="0"/>
        </w:numPr>
        <w:spacing w:before="240"/>
        <w:ind w:left="360" w:right="270" w:hanging="360"/>
        <w:rPr>
          <w:rFonts w:ascii="Calibri" w:hAnsi="Calibri" w:cs="Calibri"/>
          <w:b/>
          <w:bCs/>
          <w:color w:val="0070C0"/>
          <w:sz w:val="26"/>
          <w:szCs w:val="26"/>
        </w:rPr>
      </w:pPr>
      <w:r>
        <w:rPr>
          <w:rFonts w:ascii="Calibri" w:hAnsi="Calibri" w:cs="Calibri"/>
          <w:b/>
          <w:bCs/>
          <w:color w:val="004C99"/>
          <w:sz w:val="26"/>
          <w:szCs w:val="26"/>
        </w:rPr>
        <w:t>Legal &amp; Risk History</w:t>
      </w:r>
    </w:p>
    <w:p w14:paraId="5E5EB9A5" w14:textId="77777777" w:rsidR="00CB15AA" w:rsidRDefault="00CB15AA" w:rsidP="00953641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</w:p>
    <w:p w14:paraId="3EB5FB5C" w14:textId="29BDE7F9" w:rsidR="00E436FB" w:rsidRPr="0033781A" w:rsidRDefault="00E436FB" w:rsidP="00E436F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 w:rsidR="00CB15AA">
        <w:rPr>
          <w:rFonts w:ascii="Calibri" w:hAnsi="Calibri" w:cs="Calibri"/>
          <w:b/>
          <w:bCs/>
          <w:sz w:val="24"/>
          <w:szCs w:val="24"/>
        </w:rPr>
        <w:t>1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7D5528">
        <w:rPr>
          <w:rFonts w:ascii="Calibri" w:hAnsi="Calibri" w:cs="Calibri"/>
          <w:b/>
          <w:bCs/>
          <w:sz w:val="24"/>
          <w:szCs w:val="24"/>
        </w:rPr>
        <w:t>Has your organization had any lawsuits in the past five years such as EEO, DBE, or a contractor sui</w:t>
      </w:r>
      <w:r w:rsidR="00BE1794">
        <w:rPr>
          <w:rFonts w:ascii="Calibri" w:hAnsi="Calibri" w:cs="Calibri"/>
          <w:b/>
          <w:bCs/>
          <w:sz w:val="24"/>
          <w:szCs w:val="24"/>
        </w:rPr>
        <w:t>ng for payment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678D1BC" w14:textId="77777777" w:rsidR="00E436FB" w:rsidRPr="0043752A" w:rsidRDefault="00000000" w:rsidP="00E436F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289049393"/>
          <w:placeholder>
            <w:docPart w:val="22CCD47AEB144808A63AB35B41A8C6A4"/>
          </w:placeholder>
          <w:showingPlcHdr/>
          <w15:color w:val="00CCFF"/>
          <w:dropDownList>
            <w:listItem w:displayText="No prior or current suits (+2 points)" w:value="No prior or current suits (+2 points)"/>
            <w:listItem w:displayText="Prior lawsuits resolved (+1 point)" w:value="Prior lawsuits resolved (+1 point)"/>
            <w:listItem w:displayText="Currently under litigation (+0 points)" w:value="Currently under litigation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E436FB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E436FB" w:rsidRPr="00D47424" w14:paraId="14F07D7E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28FD353F" w14:textId="77777777" w:rsidR="00E436FB" w:rsidRPr="00D47424" w:rsidRDefault="00E436FB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44880AC0" w14:textId="40E259E7" w:rsidR="00BC2006" w:rsidRPr="0033781A" w:rsidRDefault="00BC2006" w:rsidP="00BC2006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 w:rsidR="00CB15AA">
        <w:rPr>
          <w:rFonts w:ascii="Calibri" w:hAnsi="Calibri" w:cs="Calibri"/>
          <w:b/>
          <w:bCs/>
          <w:sz w:val="24"/>
          <w:szCs w:val="24"/>
        </w:rPr>
        <w:t>2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 xml:space="preserve">Have any current or former staff been arrested, convicted of a felony, or </w:t>
      </w:r>
      <w:r w:rsidR="00704856">
        <w:rPr>
          <w:rFonts w:ascii="Calibri" w:hAnsi="Calibri" w:cs="Calibri"/>
          <w:b/>
          <w:bCs/>
          <w:sz w:val="24"/>
          <w:szCs w:val="24"/>
        </w:rPr>
        <w:t>currently under</w:t>
      </w:r>
      <w:r>
        <w:rPr>
          <w:rFonts w:ascii="Calibri" w:hAnsi="Calibri" w:cs="Calibri"/>
          <w:b/>
          <w:bCs/>
          <w:sz w:val="24"/>
          <w:szCs w:val="24"/>
        </w:rPr>
        <w:t xml:space="preserve"> criminal investigation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2113680" w14:textId="77777777" w:rsidR="00BC2006" w:rsidRPr="0043752A" w:rsidRDefault="00000000" w:rsidP="00BC2006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529209951"/>
          <w:placeholder>
            <w:docPart w:val="5BF2232D471C45B3A1F0B00C24C094B0"/>
          </w:placeholder>
          <w:showingPlcHdr/>
          <w15:color w:val="00CCFF"/>
          <w:dropDownList>
            <w:listItem w:displayText="No staff arrested, convicted or currently under criminal investigation (+2 points)" w:value="No staff arrested, convicted or currently under criminal investigation (+2 points)"/>
            <w:listItem w:displayText="Staff have been arrested, convicted, or is currently under criminal investigation (+0 points)" w:value="Staff have been arrested, convicted, or is currently under criminal investigation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BC2006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BC2006" w:rsidRPr="00D47424" w14:paraId="07181D8B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04C14F9E" w14:textId="77777777" w:rsidR="00BC2006" w:rsidRPr="00D47424" w:rsidRDefault="00BC2006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9F71796" w14:textId="7B7F0025" w:rsidR="000B098B" w:rsidRPr="0033781A" w:rsidRDefault="000B098B" w:rsidP="000B098B">
      <w:pPr>
        <w:pStyle w:val="ListBullet"/>
        <w:numPr>
          <w:ilvl w:val="0"/>
          <w:numId w:val="0"/>
        </w:numPr>
        <w:spacing w:before="240" w:line="22" w:lineRule="atLeast"/>
        <w:ind w:left="270" w:right="270"/>
        <w:rPr>
          <w:rFonts w:ascii="Calibri" w:hAnsi="Calibri" w:cs="Calibri"/>
          <w:b/>
          <w:bCs/>
          <w:sz w:val="24"/>
          <w:szCs w:val="24"/>
        </w:rPr>
      </w:pPr>
      <w:r w:rsidRPr="0033781A">
        <w:rPr>
          <w:rFonts w:ascii="Calibri" w:hAnsi="Calibri" w:cs="Calibri"/>
          <w:b/>
          <w:bCs/>
          <w:sz w:val="24"/>
          <w:szCs w:val="24"/>
        </w:rPr>
        <w:t>1</w:t>
      </w:r>
      <w:r w:rsidR="00CB15AA">
        <w:rPr>
          <w:rFonts w:ascii="Calibri" w:hAnsi="Calibri" w:cs="Calibri"/>
          <w:b/>
          <w:bCs/>
          <w:sz w:val="24"/>
          <w:szCs w:val="24"/>
        </w:rPr>
        <w:t>3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>
        <w:rPr>
          <w:rFonts w:ascii="Calibri" w:hAnsi="Calibri" w:cs="Calibri"/>
          <w:b/>
          <w:bCs/>
          <w:sz w:val="24"/>
          <w:szCs w:val="24"/>
        </w:rPr>
        <w:t>Does your organization have any violations of federal criminal law involving fraud, bribery, or gratuity related to federal awards</w:t>
      </w:r>
      <w:r w:rsidRPr="000C63DC">
        <w:rPr>
          <w:rFonts w:ascii="Calibri" w:hAnsi="Calibri" w:cs="Calibri"/>
          <w:b/>
          <w:bCs/>
          <w:sz w:val="24"/>
          <w:szCs w:val="24"/>
        </w:rPr>
        <w:t>?</w:t>
      </w:r>
      <w:r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7750BA58" w14:textId="77777777" w:rsidR="000B098B" w:rsidRPr="0043752A" w:rsidRDefault="00000000" w:rsidP="000B098B">
      <w:pPr>
        <w:pStyle w:val="ListBullet"/>
        <w:numPr>
          <w:ilvl w:val="0"/>
          <w:numId w:val="0"/>
        </w:numPr>
        <w:spacing w:after="0" w:line="22" w:lineRule="atLeast"/>
        <w:ind w:left="27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-34893163"/>
          <w:placeholder>
            <w:docPart w:val="B84235BC2AED45F287E99714BA6D8F3A"/>
          </w:placeholder>
          <w:showingPlcHdr/>
          <w15:color w:val="00CCFF"/>
          <w:dropDownList>
            <w:listItem w:displayText="No (+2 points)" w:value="No (+2 points)"/>
            <w:listItem w:displayText="Yes (+0 points)" w:value="Yes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0B098B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0B098B" w:rsidRPr="00D47424" w14:paraId="179EFE04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6179C59D" w14:textId="77777777" w:rsidR="000B098B" w:rsidRPr="00D47424" w:rsidRDefault="000B098B" w:rsidP="00730DCA">
            <w:pPr>
              <w:ind w:left="27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438D7B12" w14:textId="7330137C" w:rsidR="00C268F0" w:rsidRPr="0033781A" w:rsidRDefault="00CB15AA" w:rsidP="00CB15AA">
      <w:pPr>
        <w:pStyle w:val="ListBullet"/>
        <w:numPr>
          <w:ilvl w:val="0"/>
          <w:numId w:val="0"/>
        </w:numPr>
        <w:spacing w:before="240" w:line="22" w:lineRule="atLeast"/>
        <w:ind w:right="270" w:firstLine="18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14</w:t>
      </w:r>
      <w:r w:rsidR="00C268F0" w:rsidRPr="0033781A">
        <w:rPr>
          <w:rFonts w:ascii="Calibri" w:hAnsi="Calibri" w:cs="Calibri"/>
          <w:b/>
          <w:bCs/>
          <w:sz w:val="24"/>
          <w:szCs w:val="24"/>
        </w:rPr>
        <w:t xml:space="preserve">. </w:t>
      </w:r>
      <w:r w:rsidR="00C268F0">
        <w:rPr>
          <w:rFonts w:ascii="Calibri" w:hAnsi="Calibri" w:cs="Calibri"/>
          <w:b/>
          <w:bCs/>
          <w:sz w:val="24"/>
          <w:szCs w:val="24"/>
        </w:rPr>
        <w:t xml:space="preserve">Is the </w:t>
      </w:r>
      <w:r w:rsidR="00364FAD">
        <w:rPr>
          <w:rFonts w:ascii="Calibri" w:hAnsi="Calibri" w:cs="Calibri"/>
          <w:b/>
          <w:bCs/>
          <w:sz w:val="24"/>
          <w:szCs w:val="24"/>
        </w:rPr>
        <w:t>applicant currently excluded/debarred in S</w:t>
      </w:r>
      <w:r>
        <w:rPr>
          <w:rFonts w:ascii="Calibri" w:hAnsi="Calibri" w:cs="Calibri"/>
          <w:b/>
          <w:bCs/>
          <w:sz w:val="24"/>
          <w:szCs w:val="24"/>
        </w:rPr>
        <w:t>AM</w:t>
      </w:r>
      <w:r w:rsidR="00364FAD">
        <w:rPr>
          <w:rFonts w:ascii="Calibri" w:hAnsi="Calibri" w:cs="Calibri"/>
          <w:b/>
          <w:bCs/>
          <w:sz w:val="24"/>
          <w:szCs w:val="24"/>
        </w:rPr>
        <w:t>.gov</w:t>
      </w:r>
      <w:r w:rsidR="00C268F0" w:rsidRPr="000C63DC">
        <w:rPr>
          <w:rFonts w:ascii="Calibri" w:hAnsi="Calibri" w:cs="Calibri"/>
          <w:b/>
          <w:bCs/>
          <w:sz w:val="24"/>
          <w:szCs w:val="24"/>
        </w:rPr>
        <w:t>?</w:t>
      </w:r>
      <w:r w:rsidR="00C268F0" w:rsidRPr="0033781A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25B72A72" w14:textId="4B0AB39B" w:rsidR="00C268F0" w:rsidRPr="0043752A" w:rsidRDefault="00000000" w:rsidP="00056B57">
      <w:pPr>
        <w:pStyle w:val="ListBullet"/>
        <w:numPr>
          <w:ilvl w:val="0"/>
          <w:numId w:val="0"/>
        </w:numPr>
        <w:spacing w:after="0" w:line="22" w:lineRule="atLeast"/>
        <w:ind w:left="180" w:right="270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i/>
            <w:iCs/>
            <w:color w:val="C00000"/>
          </w:rPr>
          <w:id w:val="1484200894"/>
          <w:placeholder>
            <w:docPart w:val="5602B3F6D5BE4949BB6DA7D3E3324235"/>
          </w:placeholder>
          <w:showingPlcHdr/>
          <w15:color w:val="00CCFF"/>
          <w:dropDownList>
            <w:listItem w:displayText="No (+2 points)" w:value="No (+2 points)"/>
            <w:listItem w:displayText="Yes (+0 points)" w:value="Yes (+0 points)"/>
          </w:dropDownList>
        </w:sdtPr>
        <w:sdtEndPr>
          <w:rPr>
            <w:i w:val="0"/>
            <w:iCs w:val="0"/>
            <w:sz w:val="24"/>
            <w:szCs w:val="24"/>
          </w:rPr>
        </w:sdtEndPr>
        <w:sdtContent>
          <w:r w:rsidR="00364FAD" w:rsidRPr="00300B0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sdtContent>
      </w:sdt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720"/>
      </w:tblGrid>
      <w:tr w:rsidR="00C268F0" w:rsidRPr="00D47424" w14:paraId="4CB95EBE" w14:textId="77777777" w:rsidTr="00730DCA">
        <w:tc>
          <w:tcPr>
            <w:tcW w:w="9720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14:paraId="11BE4DBF" w14:textId="77777777" w:rsidR="00C268F0" w:rsidRPr="00D47424" w:rsidRDefault="00C268F0" w:rsidP="00056B57">
            <w:pPr>
              <w:ind w:left="180" w:right="270"/>
              <w:rPr>
                <w:rFonts w:ascii="Calibri" w:hAnsi="Calibri" w:cs="Calibri"/>
                <w:sz w:val="24"/>
                <w:szCs w:val="24"/>
              </w:rPr>
            </w:pPr>
            <w:r w:rsidRPr="00D47424">
              <w:rPr>
                <w:rFonts w:ascii="Calibri" w:hAnsi="Calibri" w:cs="Calibri"/>
                <w:sz w:val="24"/>
                <w:szCs w:val="24"/>
              </w:rPr>
              <w:t xml:space="preserve">Comments: </w:t>
            </w:r>
          </w:p>
        </w:tc>
      </w:tr>
    </w:tbl>
    <w:p w14:paraId="5A18B9BD" w14:textId="77777777" w:rsidR="002D46CC" w:rsidRDefault="002D46CC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i/>
          <w:iCs/>
          <w:color w:val="C00000"/>
          <w:sz w:val="24"/>
          <w:szCs w:val="24"/>
        </w:rPr>
      </w:pPr>
    </w:p>
    <w:p w14:paraId="6B36D948" w14:textId="07801534" w:rsidR="008A6266" w:rsidRDefault="008A6266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8A6266" w14:paraId="4069C974" w14:textId="77777777" w:rsidTr="00056B57">
        <w:tc>
          <w:tcPr>
            <w:tcW w:w="4950" w:type="dxa"/>
            <w:shd w:val="clear" w:color="auto" w:fill="E8E8E8"/>
          </w:tcPr>
          <w:p w14:paraId="42A1E54C" w14:textId="78163870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Raw Score</w:t>
            </w:r>
            <w:r w:rsidR="00E711BB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50" w:type="dxa"/>
            <w:shd w:val="clear" w:color="auto" w:fill="E8E8E8"/>
          </w:tcPr>
          <w:p w14:paraId="57E67D82" w14:textId="77777777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8A6266" w14:paraId="1E0DD8C1" w14:textId="77777777" w:rsidTr="00056B57">
        <w:tc>
          <w:tcPr>
            <w:tcW w:w="4950" w:type="dxa"/>
          </w:tcPr>
          <w:p w14:paraId="35625031" w14:textId="78F55DA3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Conversion</w:t>
            </w:r>
            <w:r w:rsidR="00E711BB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950" w:type="dxa"/>
          </w:tcPr>
          <w:p w14:paraId="17AB349B" w14:textId="77777777" w:rsidR="008A6266" w:rsidRDefault="008A6266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711BB" w14:paraId="3F3A3068" w14:textId="77777777" w:rsidTr="00056B57">
        <w:tc>
          <w:tcPr>
            <w:tcW w:w="4950" w:type="dxa"/>
          </w:tcPr>
          <w:p w14:paraId="37FFA63C" w14:textId="15C31B27" w:rsidR="00E711BB" w:rsidRDefault="00E711BB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Applicant Score:</w:t>
            </w:r>
          </w:p>
        </w:tc>
        <w:tc>
          <w:tcPr>
            <w:tcW w:w="4950" w:type="dxa"/>
          </w:tcPr>
          <w:p w14:paraId="65992556" w14:textId="77777777" w:rsidR="00E711BB" w:rsidRDefault="00E711BB" w:rsidP="003B1C99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1AD1031A" w14:textId="77777777" w:rsidR="00EC4B8A" w:rsidRDefault="00EC4B8A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056B57" w14:paraId="6BFE3F3B" w14:textId="77777777" w:rsidTr="00056B57">
        <w:tc>
          <w:tcPr>
            <w:tcW w:w="4950" w:type="dxa"/>
            <w:shd w:val="clear" w:color="auto" w:fill="E8E8E8"/>
          </w:tcPr>
          <w:p w14:paraId="11885A2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Overall Scoring Criteria Range</w:t>
            </w:r>
          </w:p>
        </w:tc>
        <w:tc>
          <w:tcPr>
            <w:tcW w:w="4950" w:type="dxa"/>
            <w:shd w:val="clear" w:color="auto" w:fill="E8E8E8"/>
          </w:tcPr>
          <w:p w14:paraId="36F83B0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Risk Level</w:t>
            </w:r>
          </w:p>
        </w:tc>
      </w:tr>
      <w:tr w:rsidR="00056B57" w14:paraId="09FB1F39" w14:textId="77777777" w:rsidTr="00056B57">
        <w:tc>
          <w:tcPr>
            <w:tcW w:w="4950" w:type="dxa"/>
          </w:tcPr>
          <w:p w14:paraId="13CCAEA7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0 - 3.25</w:t>
            </w:r>
          </w:p>
        </w:tc>
        <w:tc>
          <w:tcPr>
            <w:tcW w:w="4950" w:type="dxa"/>
          </w:tcPr>
          <w:p w14:paraId="2E54E5A8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High</w:t>
            </w:r>
          </w:p>
        </w:tc>
      </w:tr>
      <w:tr w:rsidR="00056B57" w14:paraId="0F757840" w14:textId="77777777" w:rsidTr="00056B57">
        <w:tc>
          <w:tcPr>
            <w:tcW w:w="4950" w:type="dxa"/>
          </w:tcPr>
          <w:p w14:paraId="01E9823C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3.5 – 6.5</w:t>
            </w:r>
          </w:p>
        </w:tc>
        <w:tc>
          <w:tcPr>
            <w:tcW w:w="4950" w:type="dxa"/>
          </w:tcPr>
          <w:p w14:paraId="7635F7EF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Moderate</w:t>
            </w:r>
          </w:p>
        </w:tc>
      </w:tr>
      <w:tr w:rsidR="00056B57" w14:paraId="0E61B6A5" w14:textId="77777777" w:rsidTr="00056B57">
        <w:tc>
          <w:tcPr>
            <w:tcW w:w="4950" w:type="dxa"/>
          </w:tcPr>
          <w:p w14:paraId="2892F35D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6.75 - 10</w:t>
            </w:r>
          </w:p>
        </w:tc>
        <w:tc>
          <w:tcPr>
            <w:tcW w:w="4950" w:type="dxa"/>
          </w:tcPr>
          <w:p w14:paraId="288EEE89" w14:textId="77777777" w:rsidR="00056B57" w:rsidRDefault="00056B57" w:rsidP="00730DCA">
            <w:pPr>
              <w:pStyle w:val="ListBullet"/>
              <w:numPr>
                <w:ilvl w:val="0"/>
                <w:numId w:val="0"/>
              </w:numPr>
              <w:spacing w:line="22" w:lineRule="atLeast"/>
              <w:ind w:right="27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Low</w:t>
            </w:r>
          </w:p>
        </w:tc>
      </w:tr>
    </w:tbl>
    <w:p w14:paraId="1696B472" w14:textId="77777777" w:rsidR="00056B57" w:rsidRDefault="00056B57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2B0D8255" w14:textId="77777777" w:rsidR="00056B57" w:rsidRDefault="00056B57" w:rsidP="00D01CB3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3CE62D7A" w14:textId="47EEE857" w:rsidR="008A6266" w:rsidRDefault="008A6266" w:rsidP="003B1C99">
      <w:pPr>
        <w:pStyle w:val="ListBullet"/>
        <w:numPr>
          <w:ilvl w:val="0"/>
          <w:numId w:val="0"/>
        </w:numPr>
        <w:spacing w:after="0"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leGrid"/>
        <w:tblW w:w="9851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091"/>
        <w:gridCol w:w="7415"/>
      </w:tblGrid>
      <w:tr w:rsidR="00B048AE" w14:paraId="1D95388F" w14:textId="77777777" w:rsidTr="00E711BB">
        <w:trPr>
          <w:trHeight w:val="360"/>
          <w:jc w:val="center"/>
        </w:trPr>
        <w:tc>
          <w:tcPr>
            <w:tcW w:w="1345" w:type="dxa"/>
            <w:shd w:val="clear" w:color="auto" w:fill="E8E8E8"/>
            <w:vAlign w:val="center"/>
          </w:tcPr>
          <w:p w14:paraId="40F61DA2" w14:textId="3A06D90F" w:rsidR="00B048AE" w:rsidRPr="00E711BB" w:rsidRDefault="00B048AE" w:rsidP="00B048AE">
            <w:pPr>
              <w:ind w:right="37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Risk Level</w:t>
            </w:r>
          </w:p>
        </w:tc>
        <w:tc>
          <w:tcPr>
            <w:tcW w:w="1091" w:type="dxa"/>
            <w:shd w:val="clear" w:color="auto" w:fill="E8E8E8"/>
            <w:vAlign w:val="center"/>
          </w:tcPr>
          <w:p w14:paraId="3CDBB72E" w14:textId="217CF310" w:rsidR="00B048AE" w:rsidRPr="00E711BB" w:rsidRDefault="00B048AE" w:rsidP="00B048AE">
            <w:pPr>
              <w:ind w:right="77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Range</w:t>
            </w:r>
          </w:p>
        </w:tc>
        <w:tc>
          <w:tcPr>
            <w:tcW w:w="7415" w:type="dxa"/>
            <w:shd w:val="clear" w:color="auto" w:fill="E8E8E8"/>
            <w:vAlign w:val="center"/>
          </w:tcPr>
          <w:p w14:paraId="540F25B1" w14:textId="07B22B3E" w:rsidR="00B048AE" w:rsidRPr="00E711BB" w:rsidRDefault="00B048AE" w:rsidP="00B048AE">
            <w:pPr>
              <w:ind w:left="69" w:right="103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E711BB">
              <w:rPr>
                <w:rFonts w:ascii="Calibri" w:hAnsi="Calibri" w:cs="Calibri"/>
                <w:b/>
                <w:bCs/>
                <w:sz w:val="26"/>
                <w:szCs w:val="26"/>
              </w:rPr>
              <w:t>Recommended Action</w:t>
            </w:r>
          </w:p>
        </w:tc>
      </w:tr>
      <w:tr w:rsidR="00B048AE" w14:paraId="1BF1A477" w14:textId="77777777" w:rsidTr="00E711BB">
        <w:trPr>
          <w:trHeight w:val="389"/>
          <w:jc w:val="center"/>
        </w:trPr>
        <w:tc>
          <w:tcPr>
            <w:tcW w:w="1345" w:type="dxa"/>
            <w:vAlign w:val="center"/>
          </w:tcPr>
          <w:p w14:paraId="00A77DA0" w14:textId="456E34C2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Low</w:t>
            </w:r>
          </w:p>
        </w:tc>
        <w:tc>
          <w:tcPr>
            <w:tcW w:w="1091" w:type="dxa"/>
            <w:vAlign w:val="center"/>
          </w:tcPr>
          <w:p w14:paraId="348B1507" w14:textId="371FBE91" w:rsidR="00B048AE" w:rsidRPr="00B9701E" w:rsidRDefault="00B048AE" w:rsidP="00B048AE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0-13</w:t>
            </w:r>
          </w:p>
        </w:tc>
        <w:tc>
          <w:tcPr>
            <w:tcW w:w="7415" w:type="dxa"/>
            <w:vAlign w:val="center"/>
          </w:tcPr>
          <w:p w14:paraId="56B28655" w14:textId="32C40E25" w:rsidR="00B048AE" w:rsidRPr="000A143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143E">
              <w:rPr>
                <w:rFonts w:ascii="Calibri" w:hAnsi="Calibri" w:cs="Calibri"/>
                <w:sz w:val="24"/>
                <w:szCs w:val="24"/>
              </w:rPr>
              <w:t>Detailed Back Up Documentation, Quarterly Desk Audits</w:t>
            </w:r>
          </w:p>
        </w:tc>
      </w:tr>
      <w:tr w:rsidR="00B048AE" w14:paraId="7F3F27C6" w14:textId="77777777" w:rsidTr="00E711BB">
        <w:trPr>
          <w:jc w:val="center"/>
        </w:trPr>
        <w:tc>
          <w:tcPr>
            <w:tcW w:w="1345" w:type="dxa"/>
            <w:vAlign w:val="center"/>
          </w:tcPr>
          <w:p w14:paraId="203F1BF6" w14:textId="2FEAD5B6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Moderate</w:t>
            </w:r>
          </w:p>
        </w:tc>
        <w:tc>
          <w:tcPr>
            <w:tcW w:w="1091" w:type="dxa"/>
            <w:vAlign w:val="center"/>
          </w:tcPr>
          <w:p w14:paraId="30205EB8" w14:textId="779589D9" w:rsidR="003B1C99" w:rsidRPr="00B9701E" w:rsidRDefault="003B1C99" w:rsidP="003B1C99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14-26</w:t>
            </w:r>
          </w:p>
        </w:tc>
        <w:tc>
          <w:tcPr>
            <w:tcW w:w="7415" w:type="dxa"/>
            <w:vAlign w:val="center"/>
          </w:tcPr>
          <w:p w14:paraId="64DE9514" w14:textId="70F107F2" w:rsidR="00B048AE" w:rsidRPr="000A143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A143E">
              <w:rPr>
                <w:rFonts w:ascii="Calibri" w:hAnsi="Calibri" w:cs="Calibri"/>
                <w:sz w:val="24"/>
                <w:szCs w:val="24"/>
              </w:rPr>
              <w:t>Annual Site Visits/Inspections, Additional training assistance as needed</w:t>
            </w:r>
          </w:p>
        </w:tc>
      </w:tr>
      <w:tr w:rsidR="00B048AE" w14:paraId="0FF1940C" w14:textId="77777777" w:rsidTr="00E711BB">
        <w:trPr>
          <w:jc w:val="center"/>
        </w:trPr>
        <w:tc>
          <w:tcPr>
            <w:tcW w:w="1345" w:type="dxa"/>
            <w:vAlign w:val="center"/>
          </w:tcPr>
          <w:p w14:paraId="34E5D782" w14:textId="5F157BC9" w:rsidR="00B048AE" w:rsidRPr="00B9701E" w:rsidRDefault="00B048AE" w:rsidP="00B048AE">
            <w:pPr>
              <w:ind w:right="3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High</w:t>
            </w:r>
          </w:p>
        </w:tc>
        <w:tc>
          <w:tcPr>
            <w:tcW w:w="1091" w:type="dxa"/>
            <w:vAlign w:val="center"/>
          </w:tcPr>
          <w:p w14:paraId="70896460" w14:textId="1409717B" w:rsidR="00B048AE" w:rsidRPr="00B9701E" w:rsidRDefault="003B1C99" w:rsidP="00B048AE">
            <w:pPr>
              <w:ind w:right="77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27-40</w:t>
            </w:r>
          </w:p>
        </w:tc>
        <w:tc>
          <w:tcPr>
            <w:tcW w:w="7415" w:type="dxa"/>
            <w:vAlign w:val="center"/>
          </w:tcPr>
          <w:p w14:paraId="61DCA205" w14:textId="7C5DE052" w:rsidR="00B048AE" w:rsidRPr="00B9701E" w:rsidRDefault="00B048AE" w:rsidP="003B1C99">
            <w:pPr>
              <w:ind w:left="69" w:right="10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048AE">
              <w:rPr>
                <w:rFonts w:ascii="Calibri" w:hAnsi="Calibri" w:cs="Calibri"/>
                <w:b/>
                <w:bCs/>
                <w:sz w:val="24"/>
                <w:szCs w:val="24"/>
              </w:rPr>
              <w:t>Regular Monitoring Requirements</w:t>
            </w:r>
          </w:p>
        </w:tc>
      </w:tr>
    </w:tbl>
    <w:p w14:paraId="064B7678" w14:textId="77777777" w:rsidR="008F5420" w:rsidRDefault="008F5420" w:rsidP="00321AEB">
      <w:pPr>
        <w:ind w:left="270" w:right="270"/>
      </w:pPr>
    </w:p>
    <w:p w14:paraId="692F0B9A" w14:textId="77777777" w:rsidR="00056B57" w:rsidRDefault="00056B57" w:rsidP="00321AEB">
      <w:pPr>
        <w:ind w:left="270" w:right="270"/>
      </w:pPr>
    </w:p>
    <w:p w14:paraId="4F392879" w14:textId="77777777" w:rsidR="00056B57" w:rsidRDefault="00056B57" w:rsidP="00056B57">
      <w:pPr>
        <w:pStyle w:val="ListBullet"/>
        <w:numPr>
          <w:ilvl w:val="0"/>
          <w:numId w:val="0"/>
        </w:numPr>
        <w:spacing w:line="22" w:lineRule="atLeast"/>
        <w:ind w:right="270"/>
        <w:rPr>
          <w:rFonts w:ascii="Calibri" w:hAnsi="Calibri" w:cs="Calibri"/>
          <w:b/>
          <w:bCs/>
          <w:sz w:val="24"/>
          <w:szCs w:val="24"/>
        </w:rPr>
      </w:pPr>
    </w:p>
    <w:p w14:paraId="53326428" w14:textId="77777777" w:rsidR="00056B57" w:rsidRPr="00D841F0" w:rsidRDefault="00056B57" w:rsidP="00321AEB">
      <w:pPr>
        <w:ind w:left="270" w:right="270"/>
      </w:pPr>
    </w:p>
    <w:sectPr w:rsidR="00056B57" w:rsidRPr="00D841F0" w:rsidSect="00E711BB">
      <w:headerReference w:type="default" r:id="rId11"/>
      <w:pgSz w:w="12240" w:h="15840"/>
      <w:pgMar w:top="720" w:right="720" w:bottom="720" w:left="720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D158D" w14:textId="77777777" w:rsidR="008B66D5" w:rsidRDefault="008B66D5" w:rsidP="0019463E">
      <w:pPr>
        <w:spacing w:after="0" w:line="240" w:lineRule="auto"/>
      </w:pPr>
      <w:r>
        <w:separator/>
      </w:r>
    </w:p>
  </w:endnote>
  <w:endnote w:type="continuationSeparator" w:id="0">
    <w:p w14:paraId="4A3B43C2" w14:textId="77777777" w:rsidR="008B66D5" w:rsidRDefault="008B66D5" w:rsidP="0019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0440" w14:textId="77777777" w:rsidR="008B66D5" w:rsidRDefault="008B66D5" w:rsidP="0019463E">
      <w:pPr>
        <w:spacing w:after="0" w:line="240" w:lineRule="auto"/>
      </w:pPr>
      <w:r>
        <w:separator/>
      </w:r>
    </w:p>
  </w:footnote>
  <w:footnote w:type="continuationSeparator" w:id="0">
    <w:p w14:paraId="3CAB19D0" w14:textId="77777777" w:rsidR="008B66D5" w:rsidRDefault="008B66D5" w:rsidP="0019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E2EF" w14:textId="75B95201" w:rsidR="0019463E" w:rsidRDefault="00C25AFA">
    <w:pPr>
      <w:pStyle w:val="Header"/>
    </w:pPr>
    <w:r w:rsidRPr="00830D44">
      <w:rPr>
        <w:rFonts w:ascii="Calibri" w:hAnsi="Calibri" w:cs="Calibri"/>
        <w:noProof/>
        <w:sz w:val="26"/>
        <w:szCs w:val="2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E91CBA0" wp14:editId="7A95ECF1">
              <wp:simplePos x="0" y="0"/>
              <wp:positionH relativeFrom="margin">
                <wp:posOffset>3546000</wp:posOffset>
              </wp:positionH>
              <wp:positionV relativeFrom="topMargin">
                <wp:posOffset>252000</wp:posOffset>
              </wp:positionV>
              <wp:extent cx="3175200" cy="685800"/>
              <wp:effectExtent l="0" t="0" r="0" b="0"/>
              <wp:wrapNone/>
              <wp:docPr id="59738460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200" cy="685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E0712" w14:textId="70B93F5F" w:rsidR="0019463E" w:rsidRPr="0019463E" w:rsidRDefault="0019463E" w:rsidP="00E711BB">
                          <w:pPr>
                            <w:pStyle w:val="BodyText"/>
                            <w:spacing w:after="0" w:line="268" w:lineRule="exact"/>
                            <w:ind w:right="231"/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19463E">
                            <w:rPr>
                              <w:rFonts w:ascii="Calibri" w:hAnsi="Calibri" w:cs="Calibri"/>
                            </w:rPr>
                            <w:t>202</w:t>
                          </w:r>
                          <w:r w:rsidR="00A75633">
                            <w:rPr>
                              <w:rFonts w:ascii="Calibri" w:hAnsi="Calibri" w:cs="Calibri"/>
                            </w:rPr>
                            <w:t>6</w:t>
                          </w:r>
                          <w:r w:rsidRPr="0019463E">
                            <w:rPr>
                              <w:rFonts w:ascii="Calibri" w:hAnsi="Calibri" w:cs="Calibri"/>
                            </w:rPr>
                            <w:t xml:space="preserve"> Section 5310 Risk Assessment Questionnaire</w:t>
                          </w:r>
                        </w:p>
                        <w:p w14:paraId="1A7C45FA" w14:textId="1E2CDAB1" w:rsidR="00A75633" w:rsidRPr="00A1025A" w:rsidRDefault="00F9362A" w:rsidP="00E711BB">
                          <w:pPr>
                            <w:spacing w:after="0" w:line="240" w:lineRule="auto"/>
                            <w:ind w:left="14" w:right="231"/>
                            <w:jc w:val="right"/>
                            <w:rPr>
                              <w:rFonts w:asciiTheme="majorHAnsi" w:hAnsiTheme="majorHAnsi" w:cstheme="majorHAnsi"/>
                              <w:i/>
                            </w:rPr>
                          </w:pPr>
                          <w:r w:rsidRPr="00A1025A">
                            <w:rPr>
                              <w:rFonts w:ascii="Calibri" w:hAnsi="Calibri" w:cs="Calibri"/>
                              <w:i/>
                            </w:rPr>
                            <w:t xml:space="preserve">Risk Assessment to be </w:t>
                          </w:r>
                          <w:r w:rsidR="00754839" w:rsidRPr="00A1025A">
                            <w:rPr>
                              <w:rFonts w:ascii="Calibri" w:hAnsi="Calibri" w:cs="Calibri"/>
                              <w:i/>
                            </w:rPr>
                            <w:t>assessed with STA staff</w:t>
                          </w:r>
                          <w:r w:rsidR="00E711BB">
                            <w:rPr>
                              <w:rFonts w:ascii="Calibri" w:hAnsi="Calibri" w:cs="Calibri"/>
                              <w:i/>
                            </w:rPr>
                            <w:t xml:space="preserve"> </w:t>
                          </w:r>
                        </w:p>
                        <w:p w14:paraId="07E29013" w14:textId="77777777" w:rsidR="00C25AFA" w:rsidRDefault="00C25AFA" w:rsidP="00E711BB">
                          <w:pPr>
                            <w:spacing w:after="0" w:line="240" w:lineRule="auto"/>
                            <w:ind w:left="14" w:right="231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 xml:space="preserve">Required </w:t>
                          </w:r>
                          <w:r w:rsidRPr="0019463E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>Attach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>ment</w:t>
                          </w:r>
                          <w:r w:rsidRPr="0019463E">
                            <w:rPr>
                              <w:rFonts w:ascii="Calibri" w:hAnsi="Calibri" w:cs="Calibri"/>
                              <w:b/>
                              <w:bCs/>
                              <w:i/>
                            </w:rPr>
                            <w:t xml:space="preserve"> to Preliminary Application</w:t>
                          </w:r>
                        </w:p>
                        <w:p w14:paraId="6928F0E1" w14:textId="77777777" w:rsidR="0019463E" w:rsidRPr="008A0CEA" w:rsidRDefault="0019463E" w:rsidP="00C25AFA">
                          <w:pPr>
                            <w:spacing w:after="0"/>
                            <w:ind w:left="20"/>
                            <w:jc w:val="right"/>
                            <w:rPr>
                              <w:rFonts w:ascii="Calibri" w:hAnsi="Calibri" w:cs="Calibri"/>
                              <w:iCs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1CBA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9.2pt;margin-top:19.85pt;width:250pt;height:54pt;z-index:-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" filled="f" stroked="f">
              <v:textbox inset="0,0,0,0">
                <w:txbxContent>
                  <w:p w14:paraId="141E0712" w14:textId="70B93F5F" w:rsidR="0019463E" w:rsidRPr="0019463E" w:rsidRDefault="0019463E" w:rsidP="00E711BB">
                    <w:pPr>
                      <w:pStyle w:val="BodyText"/>
                      <w:spacing w:after="0" w:line="268" w:lineRule="exact"/>
                      <w:ind w:right="231"/>
                      <w:jc w:val="right"/>
                      <w:rPr>
                        <w:rFonts w:ascii="Calibri" w:hAnsi="Calibri" w:cs="Calibri"/>
                      </w:rPr>
                    </w:pPr>
                    <w:r w:rsidRPr="0019463E">
                      <w:rPr>
                        <w:rFonts w:ascii="Calibri" w:hAnsi="Calibri" w:cs="Calibri"/>
                      </w:rPr>
                      <w:t>202</w:t>
                    </w:r>
                    <w:r w:rsidR="00A75633">
                      <w:rPr>
                        <w:rFonts w:ascii="Calibri" w:hAnsi="Calibri" w:cs="Calibri"/>
                      </w:rPr>
                      <w:t>6</w:t>
                    </w:r>
                    <w:r w:rsidRPr="0019463E">
                      <w:rPr>
                        <w:rFonts w:ascii="Calibri" w:hAnsi="Calibri" w:cs="Calibri"/>
                      </w:rPr>
                      <w:t xml:space="preserve"> Section 5310 Risk Assessment Questionnaire</w:t>
                    </w:r>
                  </w:p>
                  <w:p w14:paraId="1A7C45FA" w14:textId="1E2CDAB1" w:rsidR="00A75633" w:rsidRPr="00A1025A" w:rsidRDefault="00F9362A" w:rsidP="00E711BB">
                    <w:pPr>
                      <w:spacing w:after="0" w:line="240" w:lineRule="auto"/>
                      <w:ind w:left="14" w:right="231"/>
                      <w:jc w:val="right"/>
                      <w:rPr>
                        <w:rFonts w:asciiTheme="majorHAnsi" w:hAnsiTheme="majorHAnsi" w:cstheme="majorHAnsi"/>
                        <w:i/>
                      </w:rPr>
                    </w:pPr>
                    <w:r w:rsidRPr="00A1025A">
                      <w:rPr>
                        <w:rFonts w:ascii="Calibri" w:hAnsi="Calibri" w:cs="Calibri"/>
                        <w:i/>
                      </w:rPr>
                      <w:t xml:space="preserve">Risk Assessment to be </w:t>
                    </w:r>
                    <w:r w:rsidR="00754839" w:rsidRPr="00A1025A">
                      <w:rPr>
                        <w:rFonts w:ascii="Calibri" w:hAnsi="Calibri" w:cs="Calibri"/>
                        <w:i/>
                      </w:rPr>
                      <w:t>assessed with STA staff</w:t>
                    </w:r>
                    <w:r w:rsidR="00E711BB">
                      <w:rPr>
                        <w:rFonts w:ascii="Calibri" w:hAnsi="Calibri" w:cs="Calibri"/>
                        <w:i/>
                      </w:rPr>
                      <w:t xml:space="preserve"> </w:t>
                    </w:r>
                  </w:p>
                  <w:p w14:paraId="07E29013" w14:textId="77777777" w:rsidR="00C25AFA" w:rsidRDefault="00C25AFA" w:rsidP="00E711BB">
                    <w:pPr>
                      <w:spacing w:after="0" w:line="240" w:lineRule="auto"/>
                      <w:ind w:left="14" w:right="231"/>
                      <w:jc w:val="right"/>
                      <w:rPr>
                        <w:rFonts w:ascii="Calibri" w:hAnsi="Calibri" w:cs="Calibri"/>
                        <w:b/>
                        <w:bCs/>
                        <w:i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i/>
                      </w:rPr>
                      <w:t xml:space="preserve">Required </w:t>
                    </w:r>
                    <w:r w:rsidRPr="0019463E">
                      <w:rPr>
                        <w:rFonts w:ascii="Calibri" w:hAnsi="Calibri" w:cs="Calibri"/>
                        <w:b/>
                        <w:bCs/>
                        <w:i/>
                      </w:rPr>
                      <w:t>Attach</w:t>
                    </w:r>
                    <w:r>
                      <w:rPr>
                        <w:rFonts w:ascii="Calibri" w:hAnsi="Calibri" w:cs="Calibri"/>
                        <w:b/>
                        <w:bCs/>
                        <w:i/>
                      </w:rPr>
                      <w:t>ment</w:t>
                    </w:r>
                    <w:r w:rsidRPr="0019463E">
                      <w:rPr>
                        <w:rFonts w:ascii="Calibri" w:hAnsi="Calibri" w:cs="Calibri"/>
                        <w:b/>
                        <w:bCs/>
                        <w:i/>
                      </w:rPr>
                      <w:t xml:space="preserve"> to Preliminary Application</w:t>
                    </w:r>
                  </w:p>
                  <w:p w14:paraId="6928F0E1" w14:textId="77777777" w:rsidR="0019463E" w:rsidRPr="008A0CEA" w:rsidRDefault="0019463E" w:rsidP="00C25AFA">
                    <w:pPr>
                      <w:spacing w:after="0"/>
                      <w:ind w:left="20"/>
                      <w:jc w:val="right"/>
                      <w:rPr>
                        <w:rFonts w:ascii="Calibri" w:hAnsi="Calibri" w:cs="Calibri"/>
                        <w:iCs/>
                        <w:sz w:val="21"/>
                        <w:szCs w:val="21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9F283F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762C2C"/>
    <w:multiLevelType w:val="hybridMultilevel"/>
    <w:tmpl w:val="E140EF10"/>
    <w:lvl w:ilvl="0" w:tplc="0A3E6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6993424">
    <w:abstractNumId w:val="8"/>
  </w:num>
  <w:num w:numId="2" w16cid:durableId="1808551480">
    <w:abstractNumId w:val="6"/>
  </w:num>
  <w:num w:numId="3" w16cid:durableId="2108118156">
    <w:abstractNumId w:val="5"/>
  </w:num>
  <w:num w:numId="4" w16cid:durableId="67114083">
    <w:abstractNumId w:val="4"/>
  </w:num>
  <w:num w:numId="5" w16cid:durableId="1663239655">
    <w:abstractNumId w:val="7"/>
  </w:num>
  <w:num w:numId="6" w16cid:durableId="728724206">
    <w:abstractNumId w:val="3"/>
  </w:num>
  <w:num w:numId="7" w16cid:durableId="698428939">
    <w:abstractNumId w:val="2"/>
  </w:num>
  <w:num w:numId="8" w16cid:durableId="1619484436">
    <w:abstractNumId w:val="1"/>
  </w:num>
  <w:num w:numId="9" w16cid:durableId="1665620032">
    <w:abstractNumId w:val="0"/>
  </w:num>
  <w:num w:numId="10" w16cid:durableId="12215924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801"/>
    <w:rsid w:val="000276B9"/>
    <w:rsid w:val="00034616"/>
    <w:rsid w:val="00046F0A"/>
    <w:rsid w:val="00050212"/>
    <w:rsid w:val="00051E51"/>
    <w:rsid w:val="000525C9"/>
    <w:rsid w:val="0005508D"/>
    <w:rsid w:val="00056B57"/>
    <w:rsid w:val="0006063C"/>
    <w:rsid w:val="000A143E"/>
    <w:rsid w:val="000B098B"/>
    <w:rsid w:val="000B5CF6"/>
    <w:rsid w:val="000C4CC0"/>
    <w:rsid w:val="000C5A24"/>
    <w:rsid w:val="000C63DC"/>
    <w:rsid w:val="000C6E32"/>
    <w:rsid w:val="000C7CAD"/>
    <w:rsid w:val="000E07DA"/>
    <w:rsid w:val="000E166C"/>
    <w:rsid w:val="000E1976"/>
    <w:rsid w:val="000E4BEB"/>
    <w:rsid w:val="000F5270"/>
    <w:rsid w:val="000F6375"/>
    <w:rsid w:val="00106352"/>
    <w:rsid w:val="00107CF8"/>
    <w:rsid w:val="00124136"/>
    <w:rsid w:val="00127889"/>
    <w:rsid w:val="001317BA"/>
    <w:rsid w:val="00142D28"/>
    <w:rsid w:val="0015074B"/>
    <w:rsid w:val="00150EC3"/>
    <w:rsid w:val="00163E0D"/>
    <w:rsid w:val="00192C68"/>
    <w:rsid w:val="0019463E"/>
    <w:rsid w:val="001B6765"/>
    <w:rsid w:val="001B7E80"/>
    <w:rsid w:val="001D106F"/>
    <w:rsid w:val="001D4B7F"/>
    <w:rsid w:val="001F72CC"/>
    <w:rsid w:val="00234858"/>
    <w:rsid w:val="00236758"/>
    <w:rsid w:val="002602AD"/>
    <w:rsid w:val="00262938"/>
    <w:rsid w:val="002638FD"/>
    <w:rsid w:val="00266A60"/>
    <w:rsid w:val="00272226"/>
    <w:rsid w:val="00272F64"/>
    <w:rsid w:val="0029639D"/>
    <w:rsid w:val="002A6B21"/>
    <w:rsid w:val="002A6FA8"/>
    <w:rsid w:val="002D46CC"/>
    <w:rsid w:val="00300B00"/>
    <w:rsid w:val="00321AEB"/>
    <w:rsid w:val="00326F90"/>
    <w:rsid w:val="0033781A"/>
    <w:rsid w:val="00337A57"/>
    <w:rsid w:val="00355473"/>
    <w:rsid w:val="00364FAD"/>
    <w:rsid w:val="00365275"/>
    <w:rsid w:val="003805D5"/>
    <w:rsid w:val="00386201"/>
    <w:rsid w:val="003A568E"/>
    <w:rsid w:val="003B1C99"/>
    <w:rsid w:val="003C6B4B"/>
    <w:rsid w:val="003F7726"/>
    <w:rsid w:val="004208E8"/>
    <w:rsid w:val="00423E07"/>
    <w:rsid w:val="0043752A"/>
    <w:rsid w:val="0043796F"/>
    <w:rsid w:val="004675E3"/>
    <w:rsid w:val="004747E8"/>
    <w:rsid w:val="004878CA"/>
    <w:rsid w:val="00490644"/>
    <w:rsid w:val="004A3524"/>
    <w:rsid w:val="004A50A4"/>
    <w:rsid w:val="004D20EE"/>
    <w:rsid w:val="004D70BE"/>
    <w:rsid w:val="004E7496"/>
    <w:rsid w:val="004F204D"/>
    <w:rsid w:val="004F3B1A"/>
    <w:rsid w:val="004F76C6"/>
    <w:rsid w:val="00501CC1"/>
    <w:rsid w:val="00505B1E"/>
    <w:rsid w:val="005125C6"/>
    <w:rsid w:val="00531479"/>
    <w:rsid w:val="00555923"/>
    <w:rsid w:val="00585D74"/>
    <w:rsid w:val="005A7925"/>
    <w:rsid w:val="005B23A6"/>
    <w:rsid w:val="005C2A22"/>
    <w:rsid w:val="005E7B9C"/>
    <w:rsid w:val="005F2721"/>
    <w:rsid w:val="00603AD0"/>
    <w:rsid w:val="0062078D"/>
    <w:rsid w:val="006417E9"/>
    <w:rsid w:val="00645C33"/>
    <w:rsid w:val="0065066B"/>
    <w:rsid w:val="006671E4"/>
    <w:rsid w:val="00677BE6"/>
    <w:rsid w:val="006A3F88"/>
    <w:rsid w:val="006B2D13"/>
    <w:rsid w:val="006C6180"/>
    <w:rsid w:val="006D19CA"/>
    <w:rsid w:val="006E5BF5"/>
    <w:rsid w:val="006E5D9D"/>
    <w:rsid w:val="00704856"/>
    <w:rsid w:val="00707CD4"/>
    <w:rsid w:val="007149EE"/>
    <w:rsid w:val="007330B3"/>
    <w:rsid w:val="00745EBF"/>
    <w:rsid w:val="00754839"/>
    <w:rsid w:val="0077567D"/>
    <w:rsid w:val="007C4B0C"/>
    <w:rsid w:val="007D2097"/>
    <w:rsid w:val="007D5528"/>
    <w:rsid w:val="007E4405"/>
    <w:rsid w:val="007F2012"/>
    <w:rsid w:val="007F56E3"/>
    <w:rsid w:val="008100A0"/>
    <w:rsid w:val="00823FCF"/>
    <w:rsid w:val="008452BA"/>
    <w:rsid w:val="008573F4"/>
    <w:rsid w:val="00885C52"/>
    <w:rsid w:val="008A6266"/>
    <w:rsid w:val="008B66D5"/>
    <w:rsid w:val="008D2543"/>
    <w:rsid w:val="008D3D41"/>
    <w:rsid w:val="008F5420"/>
    <w:rsid w:val="00926E38"/>
    <w:rsid w:val="009474BB"/>
    <w:rsid w:val="00953641"/>
    <w:rsid w:val="00956988"/>
    <w:rsid w:val="009616B5"/>
    <w:rsid w:val="00981050"/>
    <w:rsid w:val="009B00AE"/>
    <w:rsid w:val="009B0572"/>
    <w:rsid w:val="009E26D9"/>
    <w:rsid w:val="009F0CAE"/>
    <w:rsid w:val="009F22DF"/>
    <w:rsid w:val="009F6C67"/>
    <w:rsid w:val="00A1025A"/>
    <w:rsid w:val="00A15BE2"/>
    <w:rsid w:val="00A25C66"/>
    <w:rsid w:val="00A46D8C"/>
    <w:rsid w:val="00A75633"/>
    <w:rsid w:val="00A8056E"/>
    <w:rsid w:val="00A86536"/>
    <w:rsid w:val="00AA1D8D"/>
    <w:rsid w:val="00AA6410"/>
    <w:rsid w:val="00AB37A7"/>
    <w:rsid w:val="00AB5528"/>
    <w:rsid w:val="00AB70EF"/>
    <w:rsid w:val="00AD7DD9"/>
    <w:rsid w:val="00AE1193"/>
    <w:rsid w:val="00AF597B"/>
    <w:rsid w:val="00B048AE"/>
    <w:rsid w:val="00B15B0A"/>
    <w:rsid w:val="00B233C7"/>
    <w:rsid w:val="00B45401"/>
    <w:rsid w:val="00B47730"/>
    <w:rsid w:val="00B47EAF"/>
    <w:rsid w:val="00B71A8A"/>
    <w:rsid w:val="00B7635C"/>
    <w:rsid w:val="00B8730C"/>
    <w:rsid w:val="00B905B3"/>
    <w:rsid w:val="00B9701E"/>
    <w:rsid w:val="00BC2006"/>
    <w:rsid w:val="00BE1794"/>
    <w:rsid w:val="00BE5FE1"/>
    <w:rsid w:val="00BF2589"/>
    <w:rsid w:val="00BF3857"/>
    <w:rsid w:val="00C05FEA"/>
    <w:rsid w:val="00C25AFA"/>
    <w:rsid w:val="00C268F0"/>
    <w:rsid w:val="00C30572"/>
    <w:rsid w:val="00C36410"/>
    <w:rsid w:val="00C36600"/>
    <w:rsid w:val="00C438A7"/>
    <w:rsid w:val="00C555D6"/>
    <w:rsid w:val="00C62E58"/>
    <w:rsid w:val="00CA4424"/>
    <w:rsid w:val="00CB0664"/>
    <w:rsid w:val="00CB15AA"/>
    <w:rsid w:val="00CD172D"/>
    <w:rsid w:val="00CD41B5"/>
    <w:rsid w:val="00D01CB3"/>
    <w:rsid w:val="00D352BD"/>
    <w:rsid w:val="00D47424"/>
    <w:rsid w:val="00D54A63"/>
    <w:rsid w:val="00D56154"/>
    <w:rsid w:val="00D64AD6"/>
    <w:rsid w:val="00D64CD8"/>
    <w:rsid w:val="00D841F0"/>
    <w:rsid w:val="00D87A5A"/>
    <w:rsid w:val="00DA0129"/>
    <w:rsid w:val="00DA438D"/>
    <w:rsid w:val="00DE3C9C"/>
    <w:rsid w:val="00DF5B63"/>
    <w:rsid w:val="00E06739"/>
    <w:rsid w:val="00E330D6"/>
    <w:rsid w:val="00E436FB"/>
    <w:rsid w:val="00E66606"/>
    <w:rsid w:val="00E711BB"/>
    <w:rsid w:val="00E72B29"/>
    <w:rsid w:val="00E77898"/>
    <w:rsid w:val="00E9755B"/>
    <w:rsid w:val="00EB4B15"/>
    <w:rsid w:val="00EB6700"/>
    <w:rsid w:val="00EC3B6C"/>
    <w:rsid w:val="00EC4697"/>
    <w:rsid w:val="00EC4B8A"/>
    <w:rsid w:val="00F32044"/>
    <w:rsid w:val="00F40C7A"/>
    <w:rsid w:val="00F422E0"/>
    <w:rsid w:val="00F73869"/>
    <w:rsid w:val="00F83A3F"/>
    <w:rsid w:val="00F9362A"/>
    <w:rsid w:val="00FB2D53"/>
    <w:rsid w:val="00FC693F"/>
    <w:rsid w:val="00FD586F"/>
    <w:rsid w:val="00FF013C"/>
    <w:rsid w:val="2C79CE6F"/>
    <w:rsid w:val="4D55A741"/>
    <w:rsid w:val="64445983"/>
    <w:rsid w:val="74F6543A"/>
    <w:rsid w:val="7881E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7EE7B7"/>
  <w14:defaultImageDpi w14:val="300"/>
  <w15:docId w15:val="{604A8D72-BC53-4A75-A298-0002E298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C62E58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6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67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56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860AF334034FE38934CC9BF6C62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E032A-5199-49EF-A23D-992B0BCD2E62}"/>
      </w:docPartPr>
      <w:docPartBody>
        <w:p w:rsidR="008452BA" w:rsidRDefault="008452BA" w:rsidP="008452BA">
          <w:pPr>
            <w:pStyle w:val="DF860AF334034FE38934CC9BF6C62F382"/>
          </w:pPr>
          <w:r w:rsidRPr="0098105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  <w:sz w:val="24"/>
              <w:szCs w:val="24"/>
            </w:rPr>
            <w:t>Select Response</w:t>
          </w:r>
        </w:p>
      </w:docPartBody>
    </w:docPart>
    <w:docPart>
      <w:docPartPr>
        <w:name w:val="ED45662D37ED4355B90CA4CFEE9D6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8BA58E-4E46-4D3D-8B34-889FB2125E0F}"/>
      </w:docPartPr>
      <w:docPartBody>
        <w:p w:rsidR="008452BA" w:rsidRDefault="008452BA" w:rsidP="008452BA">
          <w:pPr>
            <w:pStyle w:val="ED45662D37ED4355B90CA4CFEE9D698C2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  <w:sz w:val="24"/>
              <w:szCs w:val="24"/>
            </w:rPr>
            <w:t>Select Response</w:t>
          </w:r>
        </w:p>
      </w:docPartBody>
    </w:docPart>
    <w:docPart>
      <w:docPartPr>
        <w:name w:val="1DCF71E30AEE45328809657894BC8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AAE82-8335-4F9D-A81D-225CEB8D0044}"/>
      </w:docPartPr>
      <w:docPartBody>
        <w:p w:rsidR="00CD1C7D" w:rsidRDefault="00046F0A" w:rsidP="00046F0A">
          <w:pPr>
            <w:pStyle w:val="1DCF71E30AEE45328809657894BC8122"/>
          </w:pPr>
          <w:r w:rsidRPr="00981050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1CC06CBA4F444EB8AAA1835241F1D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A1704-93CB-4DCC-BE15-CCCFDB747C10}"/>
      </w:docPartPr>
      <w:docPartBody>
        <w:p w:rsidR="003549AC" w:rsidRDefault="00790729" w:rsidP="00790729">
          <w:pPr>
            <w:pStyle w:val="1CC06CBA4F444EB8AAA1835241F1D3EF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D2E6A190EE1F4008BE2CACAD3B4F2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AAB01-C6F0-4846-BC29-4B5DE1E3A8B9}"/>
      </w:docPartPr>
      <w:docPartBody>
        <w:p w:rsidR="003549AC" w:rsidRDefault="00790729" w:rsidP="00790729">
          <w:pPr>
            <w:pStyle w:val="D2E6A190EE1F4008BE2CACAD3B4F2164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41D6F44A399249C3BEA44CBCA97B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3576D-71EC-415B-8452-E328231BC282}"/>
      </w:docPartPr>
      <w:docPartBody>
        <w:p w:rsidR="003549AC" w:rsidRDefault="00790729" w:rsidP="00790729">
          <w:pPr>
            <w:pStyle w:val="41D6F44A399249C3BEA44CBCA97B6C93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091D4641A01B4361B75393012A5B1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B3EF6-6698-4469-BDE9-B5E82F7AC6DD}"/>
      </w:docPartPr>
      <w:docPartBody>
        <w:p w:rsidR="003549AC" w:rsidRDefault="00790729" w:rsidP="00790729">
          <w:pPr>
            <w:pStyle w:val="091D4641A01B4361B75393012A5B1D29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EF2E03C9463C4045B110A743B4F5C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EACA7-38BC-487D-944C-AA489AF165F3}"/>
      </w:docPartPr>
      <w:docPartBody>
        <w:p w:rsidR="003549AC" w:rsidRDefault="00790729" w:rsidP="00790729">
          <w:pPr>
            <w:pStyle w:val="EF2E03C9463C4045B110A743B4F5CB77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7DD49A552BBB4EADB1C101D255C2C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DA68-FADE-4630-8755-61ABCED6F963}"/>
      </w:docPartPr>
      <w:docPartBody>
        <w:p w:rsidR="003549AC" w:rsidRDefault="00790729" w:rsidP="00790729">
          <w:pPr>
            <w:pStyle w:val="7DD49A552BBB4EADB1C101D255C2CC1B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22CCD47AEB144808A63AB35B41A8C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0C37C-2A5A-4326-A8E7-BCECE7BC3F93}"/>
      </w:docPartPr>
      <w:docPartBody>
        <w:p w:rsidR="003549AC" w:rsidRDefault="00790729" w:rsidP="00790729">
          <w:pPr>
            <w:pStyle w:val="22CCD47AEB144808A63AB35B41A8C6A4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5BF2232D471C45B3A1F0B00C24C0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800CD-1272-4F3B-BA59-1702BC4C3AD4}"/>
      </w:docPartPr>
      <w:docPartBody>
        <w:p w:rsidR="003549AC" w:rsidRDefault="00790729" w:rsidP="00790729">
          <w:pPr>
            <w:pStyle w:val="5BF2232D471C45B3A1F0B00C24C094B0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B84235BC2AED45F287E99714BA6D8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D938-1AD7-4865-8419-EF6723775C41}"/>
      </w:docPartPr>
      <w:docPartBody>
        <w:p w:rsidR="003549AC" w:rsidRDefault="00790729" w:rsidP="00790729">
          <w:pPr>
            <w:pStyle w:val="B84235BC2AED45F287E99714BA6D8F3A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5602B3F6D5BE4949BB6DA7D3E3324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CA6E-50DF-449F-BEDA-1D029ADECB1A}"/>
      </w:docPartPr>
      <w:docPartBody>
        <w:p w:rsidR="003549AC" w:rsidRDefault="00790729" w:rsidP="00790729">
          <w:pPr>
            <w:pStyle w:val="5602B3F6D5BE4949BB6DA7D3E3324235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  <w:docPart>
      <w:docPartPr>
        <w:name w:val="DE6F1454699340EC99B6C97B9221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75DB7-18AC-47A1-816D-8CD83E65F74E}"/>
      </w:docPartPr>
      <w:docPartBody>
        <w:p w:rsidR="00000000" w:rsidRDefault="009E28A9" w:rsidP="009E28A9">
          <w:pPr>
            <w:pStyle w:val="DE6F1454699340EC99B6C97B92210317"/>
          </w:pPr>
          <w:r w:rsidRPr="00272226">
            <w:rPr>
              <w:rStyle w:val="PlaceholderText"/>
              <w:rFonts w:ascii="Calibri" w:hAnsi="Calibri" w:cs="Calibri"/>
              <w:b/>
              <w:bCs/>
              <w:i/>
              <w:iCs/>
              <w:color w:val="C00000"/>
            </w:rPr>
            <w:t>Select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125A45"/>
    <w:multiLevelType w:val="multilevel"/>
    <w:tmpl w:val="902C5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8526134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3A"/>
    <w:rsid w:val="00046F0A"/>
    <w:rsid w:val="00094A28"/>
    <w:rsid w:val="000C4CC0"/>
    <w:rsid w:val="000F65F5"/>
    <w:rsid w:val="00126A99"/>
    <w:rsid w:val="001B7E80"/>
    <w:rsid w:val="00272F64"/>
    <w:rsid w:val="003034EE"/>
    <w:rsid w:val="003549AC"/>
    <w:rsid w:val="00390374"/>
    <w:rsid w:val="00452DD4"/>
    <w:rsid w:val="0053433A"/>
    <w:rsid w:val="00603AD0"/>
    <w:rsid w:val="0062367A"/>
    <w:rsid w:val="006D19CA"/>
    <w:rsid w:val="006F4A23"/>
    <w:rsid w:val="00775EDA"/>
    <w:rsid w:val="00790729"/>
    <w:rsid w:val="008452BA"/>
    <w:rsid w:val="009E28A9"/>
    <w:rsid w:val="00A11023"/>
    <w:rsid w:val="00A8056E"/>
    <w:rsid w:val="00B47EAF"/>
    <w:rsid w:val="00B7635C"/>
    <w:rsid w:val="00B905B3"/>
    <w:rsid w:val="00CD1C7D"/>
    <w:rsid w:val="00CD41B5"/>
    <w:rsid w:val="00E66606"/>
    <w:rsid w:val="00F45622"/>
    <w:rsid w:val="00FC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99940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28A9"/>
    <w:rPr>
      <w:color w:val="666666"/>
    </w:rPr>
  </w:style>
  <w:style w:type="paragraph" w:customStyle="1" w:styleId="DE6F1454699340EC99B6C97B92210317">
    <w:name w:val="DE6F1454699340EC99B6C97B92210317"/>
    <w:rsid w:val="009E28A9"/>
  </w:style>
  <w:style w:type="paragraph" w:customStyle="1" w:styleId="DF860AF334034FE38934CC9BF6C62F382">
    <w:name w:val="DF860AF334034FE38934CC9BF6C62F382"/>
    <w:rsid w:val="008452BA"/>
    <w:pPr>
      <w:tabs>
        <w:tab w:val="num" w:pos="360"/>
      </w:tabs>
      <w:spacing w:after="200" w:line="276" w:lineRule="auto"/>
      <w:ind w:left="360" w:hanging="360"/>
      <w:contextualSpacing/>
    </w:pPr>
    <w:rPr>
      <w:kern w:val="0"/>
      <w:sz w:val="22"/>
      <w:szCs w:val="22"/>
      <w14:ligatures w14:val="none"/>
    </w:rPr>
  </w:style>
  <w:style w:type="paragraph" w:customStyle="1" w:styleId="ED45662D37ED4355B90CA4CFEE9D698C2">
    <w:name w:val="ED45662D37ED4355B90CA4CFEE9D698C2"/>
    <w:rsid w:val="008452BA"/>
    <w:pPr>
      <w:tabs>
        <w:tab w:val="num" w:pos="360"/>
      </w:tabs>
      <w:spacing w:after="200" w:line="276" w:lineRule="auto"/>
      <w:ind w:left="360" w:hanging="360"/>
      <w:contextualSpacing/>
    </w:pPr>
    <w:rPr>
      <w:kern w:val="0"/>
      <w:sz w:val="22"/>
      <w:szCs w:val="22"/>
      <w14:ligatures w14:val="none"/>
    </w:rPr>
  </w:style>
  <w:style w:type="paragraph" w:customStyle="1" w:styleId="1DCF71E30AEE45328809657894BC8122">
    <w:name w:val="1DCF71E30AEE45328809657894BC8122"/>
    <w:rsid w:val="00046F0A"/>
  </w:style>
  <w:style w:type="paragraph" w:customStyle="1" w:styleId="1CC06CBA4F444EB8AAA1835241F1D3EF">
    <w:name w:val="1CC06CBA4F444EB8AAA1835241F1D3EF"/>
    <w:rsid w:val="00790729"/>
  </w:style>
  <w:style w:type="paragraph" w:customStyle="1" w:styleId="D2E6A190EE1F4008BE2CACAD3B4F2164">
    <w:name w:val="D2E6A190EE1F4008BE2CACAD3B4F2164"/>
    <w:rsid w:val="00790729"/>
  </w:style>
  <w:style w:type="paragraph" w:customStyle="1" w:styleId="41D6F44A399249C3BEA44CBCA97B6C93">
    <w:name w:val="41D6F44A399249C3BEA44CBCA97B6C93"/>
    <w:rsid w:val="00790729"/>
  </w:style>
  <w:style w:type="paragraph" w:customStyle="1" w:styleId="091D4641A01B4361B75393012A5B1D29">
    <w:name w:val="091D4641A01B4361B75393012A5B1D29"/>
    <w:rsid w:val="00790729"/>
  </w:style>
  <w:style w:type="paragraph" w:customStyle="1" w:styleId="EF2E03C9463C4045B110A743B4F5CB77">
    <w:name w:val="EF2E03C9463C4045B110A743B4F5CB77"/>
    <w:rsid w:val="00790729"/>
  </w:style>
  <w:style w:type="paragraph" w:customStyle="1" w:styleId="A5BB6F2928EB4453B254F4A61865754F">
    <w:name w:val="A5BB6F2928EB4453B254F4A61865754F"/>
    <w:rsid w:val="00790729"/>
  </w:style>
  <w:style w:type="paragraph" w:customStyle="1" w:styleId="7DD49A552BBB4EADB1C101D255C2CC1B">
    <w:name w:val="7DD49A552BBB4EADB1C101D255C2CC1B"/>
    <w:rsid w:val="00790729"/>
  </w:style>
  <w:style w:type="paragraph" w:customStyle="1" w:styleId="7C89E24732344F4AA7D36701E4AF28DC">
    <w:name w:val="7C89E24732344F4AA7D36701E4AF28DC"/>
    <w:rsid w:val="00790729"/>
  </w:style>
  <w:style w:type="paragraph" w:customStyle="1" w:styleId="926D16C606264EEFAE6C2FFE13D8C877">
    <w:name w:val="926D16C606264EEFAE6C2FFE13D8C877"/>
    <w:rsid w:val="00790729"/>
  </w:style>
  <w:style w:type="paragraph" w:customStyle="1" w:styleId="CFE2657F83814CC4B0D0DE059D69C081">
    <w:name w:val="CFE2657F83814CC4B0D0DE059D69C081"/>
    <w:rsid w:val="00790729"/>
  </w:style>
  <w:style w:type="paragraph" w:customStyle="1" w:styleId="5B6ED3C9ED024EAC8A77F6FB0FF944C5">
    <w:name w:val="5B6ED3C9ED024EAC8A77F6FB0FF944C5"/>
    <w:rsid w:val="00790729"/>
  </w:style>
  <w:style w:type="paragraph" w:customStyle="1" w:styleId="D115D82E1D4F4EE2B5AC337BA4788FEC">
    <w:name w:val="D115D82E1D4F4EE2B5AC337BA4788FEC"/>
    <w:rsid w:val="00790729"/>
  </w:style>
  <w:style w:type="paragraph" w:customStyle="1" w:styleId="0F6D8B3020984DD187B8403645DE83DA">
    <w:name w:val="0F6D8B3020984DD187B8403645DE83DA"/>
    <w:rsid w:val="00790729"/>
  </w:style>
  <w:style w:type="paragraph" w:customStyle="1" w:styleId="22CCD47AEB144808A63AB35B41A8C6A4">
    <w:name w:val="22CCD47AEB144808A63AB35B41A8C6A4"/>
    <w:rsid w:val="00790729"/>
  </w:style>
  <w:style w:type="paragraph" w:customStyle="1" w:styleId="5BF2232D471C45B3A1F0B00C24C094B0">
    <w:name w:val="5BF2232D471C45B3A1F0B00C24C094B0"/>
    <w:rsid w:val="00790729"/>
  </w:style>
  <w:style w:type="paragraph" w:customStyle="1" w:styleId="B84235BC2AED45F287E99714BA6D8F3A">
    <w:name w:val="B84235BC2AED45F287E99714BA6D8F3A"/>
    <w:rsid w:val="00790729"/>
  </w:style>
  <w:style w:type="paragraph" w:customStyle="1" w:styleId="5602B3F6D5BE4949BB6DA7D3E3324235">
    <w:name w:val="5602B3F6D5BE4949BB6DA7D3E3324235"/>
    <w:rsid w:val="007907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6d3a9c-3ae5-406f-9fb9-899b7c8c6bf6">
      <Terms xmlns="http://schemas.microsoft.com/office/infopath/2007/PartnerControls"/>
    </lcf76f155ced4ddcb4097134ff3c332f>
    <TaxCatchAll xmlns="ad967797-7812-427d-a629-7d5b3819a6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A040E676F7E4A84ED199F815E932F" ma:contentTypeVersion="19" ma:contentTypeDescription="Create a new document." ma:contentTypeScope="" ma:versionID="ac7bf3d97c489baa9962f934c1f99407">
  <xsd:schema xmlns:xsd="http://www.w3.org/2001/XMLSchema" xmlns:xs="http://www.w3.org/2001/XMLSchema" xmlns:p="http://schemas.microsoft.com/office/2006/metadata/properties" xmlns:ns2="cd6d3a9c-3ae5-406f-9fb9-899b7c8c6bf6" xmlns:ns3="ad967797-7812-427d-a629-7d5b3819a65d" targetNamespace="http://schemas.microsoft.com/office/2006/metadata/properties" ma:root="true" ma:fieldsID="777af281feefae0fda8a2639b7f50aa9" ns2:_="" ns3:_="">
    <xsd:import namespace="cd6d3a9c-3ae5-406f-9fb9-899b7c8c6bf6"/>
    <xsd:import namespace="ad967797-7812-427d-a629-7d5b3819a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d3a9c-3ae5-406f-9fb9-899b7c8c6b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20b4de-f059-4d35-83d0-e2e7df431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67797-7812-427d-a629-7d5b3819a6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01f3d2-2fb1-4c34-ac2c-808fc66cdfda}" ma:internalName="TaxCatchAll" ma:showField="CatchAllData" ma:web="ad967797-7812-427d-a629-7d5b3819a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BEC842-A71B-4158-BEDB-A092EA84FA89}">
  <ds:schemaRefs>
    <ds:schemaRef ds:uri="http://schemas.microsoft.com/office/2006/metadata/properties"/>
    <ds:schemaRef ds:uri="http://schemas.microsoft.com/office/infopath/2007/PartnerControls"/>
    <ds:schemaRef ds:uri="cd6d3a9c-3ae5-406f-9fb9-899b7c8c6bf6"/>
    <ds:schemaRef ds:uri="ad967797-7812-427d-a629-7d5b3819a65d"/>
  </ds:schemaRefs>
</ds:datastoreItem>
</file>

<file path=customXml/itemProps2.xml><?xml version="1.0" encoding="utf-8"?>
<ds:datastoreItem xmlns:ds="http://schemas.openxmlformats.org/officeDocument/2006/customXml" ds:itemID="{F4678F50-5426-46FC-A6DB-C91B9EEC6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CA0F6-A19D-472C-84C8-7E1037D9B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6d3a9c-3ae5-406f-9fb9-899b7c8c6bf6"/>
    <ds:schemaRef ds:uri="ad967797-7812-427d-a629-7d5b3819a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Emilio Bustos</cp:lastModifiedBy>
  <cp:revision>3</cp:revision>
  <cp:lastPrinted>2025-08-04T14:07:00Z</cp:lastPrinted>
  <dcterms:created xsi:type="dcterms:W3CDTF">2026-07-22T22:36:00Z</dcterms:created>
  <dcterms:modified xsi:type="dcterms:W3CDTF">2026-07-22T22:54:00Z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0x010100C7AA040E676F7E4A84ED199F815E932F</vt:lpwstr>
  </property>
  <property fmtid="{D5CDD505-2E9C-101B-9397-08002B2CF9AE}" pid="3" name="MediaServiceImageTags">
    <vt:lpwstr/>
  </property>
</Properties>
</file>